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8B15C" w14:textId="77777777" w:rsidR="0089750E" w:rsidRDefault="00183466">
      <w:pPr>
        <w:jc w:val="center"/>
      </w:pPr>
      <w:r>
        <w:rPr>
          <w:noProof/>
        </w:rPr>
        <w:drawing>
          <wp:inline distT="0" distB="0" distL="0" distR="0" wp14:anchorId="572590DB" wp14:editId="57331579">
            <wp:extent cx="6120000" cy="45830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_modell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8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90504" w14:textId="77777777" w:rsidR="0089750E" w:rsidRDefault="00183466">
      <w:r>
        <w:rPr>
          <w:b/>
        </w:rPr>
        <w:t>OGGETTO: DICHIARAZIONE DI INSUSSISTENZA CAUSE OSTATIVE PER IL RUOLO DI DOCENTE TUTOR A VALERE SU:</w:t>
      </w:r>
    </w:p>
    <w:p w14:paraId="16424831" w14:textId="77777777" w:rsidR="0089750E" w:rsidRDefault="00183466">
      <w:r>
        <w:t>Fondi Strutturali Europei – Programma Nazionale “Scuola e competenze” 2021–2027. Priorità 01 – Scuola e competenze – Fondo Sociale Europeo Plus (FSE+) – Obiettivo Specifico ESO4.6 – Azione ESO4.6.A1 – Sottoazione ESO4.6.A1.B, D.M. n. 175 del 09/09/2025, Avviso 53338 del 09/03/2026, Agenda Sud a.s. 2025–2026 e 2026–2027.</w:t>
      </w:r>
    </w:p>
    <w:p w14:paraId="07D83C32" w14:textId="77777777" w:rsidR="0089750E" w:rsidRDefault="00183466">
      <w:r>
        <w:rPr>
          <w:b/>
        </w:rPr>
        <w:t>Titolo progetto: Competenze in azione: leggere, pensare, scoprire</w:t>
      </w:r>
      <w:r>
        <w:rPr>
          <w:b/>
        </w:rPr>
        <w:br/>
        <w:t>CUP: B74D25004020007</w:t>
      </w:r>
      <w:r>
        <w:rPr>
          <w:b/>
        </w:rPr>
        <w:br/>
        <w:t>PROGETTO: ESO4.6.A1.B-FSEPNPU-2026-567</w:t>
      </w:r>
    </w:p>
    <w:p w14:paraId="0D8A0D14" w14:textId="77777777" w:rsidR="0089750E" w:rsidRDefault="00183466">
      <w:r>
        <w:t>Il/La sottoscritto/a ______________________________________________________________</w:t>
      </w:r>
    </w:p>
    <w:p w14:paraId="0424739D" w14:textId="77777777" w:rsidR="0089750E" w:rsidRDefault="00183466">
      <w:r>
        <w:t>Nato/a a ____________________ il __________ residente a __________________ Provincia di ________</w:t>
      </w:r>
    </w:p>
    <w:p w14:paraId="0573FC1F" w14:textId="77777777" w:rsidR="0089750E" w:rsidRDefault="00183466">
      <w:r>
        <w:t>Via ______________________________________________ Codice Fiscale ________________________</w:t>
      </w:r>
    </w:p>
    <w:p w14:paraId="4D9BD993" w14:textId="77777777" w:rsidR="0089750E" w:rsidRDefault="00183466">
      <w:r>
        <w:rPr>
          <w:b/>
        </w:rPr>
        <w:t>in relazione al ruolo di DOCENTE TUTOR</w:t>
      </w:r>
    </w:p>
    <w:p w14:paraId="6EF6AB99" w14:textId="77777777" w:rsidR="0089750E" w:rsidRDefault="00183466">
      <w:pPr>
        <w:jc w:val="center"/>
      </w:pPr>
      <w:r>
        <w:rPr>
          <w:b/>
        </w:rPr>
        <w:t>DICHIARA</w:t>
      </w:r>
    </w:p>
    <w:p w14:paraId="08220C90" w14:textId="77777777" w:rsidR="0089750E" w:rsidRDefault="00183466">
      <w:r>
        <w:t>ai sensi degli artt. 46 e 47 del D.P.R. n. 445 del 28 dicembre 2000, consapevole delle responsabilità di cui agli artt. 75 e 76 del medesimo decreto:</w:t>
      </w:r>
    </w:p>
    <w:p w14:paraId="1D48AD15" w14:textId="77777777" w:rsidR="0089750E" w:rsidRDefault="00183466">
      <w:r>
        <w:t>a) di non trovarsi in situazione di incompatibilità, ai sensi del d.lgs. n. 39/2013 e dell’art. 53 del d.lgs. n. 165/2001;</w:t>
      </w:r>
    </w:p>
    <w:p w14:paraId="0824BE06" w14:textId="77777777" w:rsidR="0089750E" w:rsidRDefault="00183466">
      <w:r>
        <w:t>b) di non avere, direttamente o indirettamente, un interesse finanziario, economico o altro interesse personale nel procedimento in esame; in particolare, che esso non coinvolge interessi propri, di parenti o affini entro il secondo grado, del coniuge o convivente o di persone con cui abbia rapporti di frequentazione abituale; né interessi di soggetti od organizzazioni con cui egli o il coniuge abbia causa pendente, grave inimicizia o rapporti di credito o debito significativi; né interessi di soggetti od o</w:t>
      </w:r>
      <w:r>
        <w:t>rganizzazioni di cui sia tutore, curatore, procuratore, agente, titolare effettivo, amministratore, gerente o dirigente;</w:t>
      </w:r>
    </w:p>
    <w:p w14:paraId="049A92EC" w14:textId="77777777" w:rsidR="0089750E" w:rsidRDefault="00183466">
      <w:r>
        <w:t>c) che non sussistono diverse ragioni di opportunità che si frappongano al conferimento dell’incarico;</w:t>
      </w:r>
    </w:p>
    <w:p w14:paraId="390317B0" w14:textId="77777777" w:rsidR="0089750E" w:rsidRDefault="00183466">
      <w:r>
        <w:t>d) di aver preso cognizione del D.M. 26 aprile 2022, n. 105, recante il Codice di comportamento dei dipendenti del Ministero dell’istruzione e del merito;</w:t>
      </w:r>
    </w:p>
    <w:p w14:paraId="46B09E5E" w14:textId="77777777" w:rsidR="0089750E" w:rsidRDefault="00183466">
      <w:r>
        <w:t>e) di impegnarsi a comunicare tempestivamente eventuali variazioni intervenute durante l’incarico;</w:t>
      </w:r>
    </w:p>
    <w:p w14:paraId="00B8576A" w14:textId="77777777" w:rsidR="0089750E" w:rsidRDefault="00183466">
      <w:r>
        <w:t>f) di impegnarsi a comunicare ogni circostanza sopravvenuta di carattere ostativo;</w:t>
      </w:r>
    </w:p>
    <w:p w14:paraId="3AFE3A20" w14:textId="77777777" w:rsidR="0089750E" w:rsidRDefault="00183466">
      <w:r>
        <w:t xml:space="preserve">g) di essere stato/a informato/a sul trattamento dei dati personali ai sensi dell’art. 13 del Regolamento (UE) 2016/679 e del d.lgs. n. 196/2003, come </w:t>
      </w:r>
      <w:proofErr w:type="spellStart"/>
      <w:r>
        <w:t>modificato</w:t>
      </w:r>
      <w:proofErr w:type="spellEnd"/>
      <w:r>
        <w:t>.</w:t>
      </w:r>
    </w:p>
    <w:p w14:paraId="64C9214D" w14:textId="77777777" w:rsidR="00EF39CA" w:rsidRDefault="00EF39CA"/>
    <w:p w14:paraId="4608B571" w14:textId="77777777" w:rsidR="0089750E" w:rsidRDefault="00183466">
      <w:r>
        <w:t>Luogo e data ____________________________       Firma _______________________________</w:t>
      </w:r>
    </w:p>
    <w:sectPr w:rsidR="0089750E" w:rsidSect="00034616">
      <w:footerReference w:type="default" r:id="rId9"/>
      <w:pgSz w:w="11906" w:h="16838"/>
      <w:pgMar w:top="850" w:right="935" w:bottom="1304" w:left="935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301B4" w14:textId="77777777" w:rsidR="00183466" w:rsidRDefault="00183466">
      <w:pPr>
        <w:spacing w:after="0" w:line="240" w:lineRule="auto"/>
      </w:pPr>
      <w:r>
        <w:separator/>
      </w:r>
    </w:p>
  </w:endnote>
  <w:endnote w:type="continuationSeparator" w:id="0">
    <w:p w14:paraId="1DDF753F" w14:textId="77777777" w:rsidR="00183466" w:rsidRDefault="00183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37CE" w14:textId="77777777" w:rsidR="0089750E" w:rsidRDefault="00183466">
    <w:pPr>
      <w:pStyle w:val="Pidipagina"/>
      <w:jc w:val="center"/>
    </w:pPr>
    <w:r>
      <w:rPr>
        <w:noProof/>
      </w:rPr>
      <w:drawing>
        <wp:inline distT="0" distB="0" distL="0" distR="0" wp14:anchorId="1D2C6A00" wp14:editId="4BEB3CD1">
          <wp:extent cx="6156000" cy="461005"/>
          <wp:effectExtent l="0" t="0" r="0" b="0"/>
          <wp:docPr id="4115836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modell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56000" cy="461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ED2DA" w14:textId="77777777" w:rsidR="00183466" w:rsidRDefault="00183466">
      <w:pPr>
        <w:spacing w:after="0" w:line="240" w:lineRule="auto"/>
      </w:pPr>
      <w:r>
        <w:separator/>
      </w:r>
    </w:p>
  </w:footnote>
  <w:footnote w:type="continuationSeparator" w:id="0">
    <w:p w14:paraId="52C35B06" w14:textId="77777777" w:rsidR="00183466" w:rsidRDefault="001834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5964114">
    <w:abstractNumId w:val="8"/>
  </w:num>
  <w:num w:numId="2" w16cid:durableId="1111317581">
    <w:abstractNumId w:val="6"/>
  </w:num>
  <w:num w:numId="3" w16cid:durableId="854538554">
    <w:abstractNumId w:val="5"/>
  </w:num>
  <w:num w:numId="4" w16cid:durableId="794564651">
    <w:abstractNumId w:val="4"/>
  </w:num>
  <w:num w:numId="5" w16cid:durableId="727845419">
    <w:abstractNumId w:val="7"/>
  </w:num>
  <w:num w:numId="6" w16cid:durableId="88817436">
    <w:abstractNumId w:val="3"/>
  </w:num>
  <w:num w:numId="7" w16cid:durableId="1875459329">
    <w:abstractNumId w:val="2"/>
  </w:num>
  <w:num w:numId="8" w16cid:durableId="1439982016">
    <w:abstractNumId w:val="1"/>
  </w:num>
  <w:num w:numId="9" w16cid:durableId="336618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3466"/>
    <w:rsid w:val="0029639D"/>
    <w:rsid w:val="00326F90"/>
    <w:rsid w:val="00671E5C"/>
    <w:rsid w:val="0089750E"/>
    <w:rsid w:val="00AA1D8D"/>
    <w:rsid w:val="00B47730"/>
    <w:rsid w:val="00CB0664"/>
    <w:rsid w:val="00EF39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B17F77"/>
  <w14:defaultImageDpi w14:val="300"/>
  <w15:docId w15:val="{FEA01D0A-4C49-4F0C-8483-7F6C49D5A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40"/>
    </w:pPr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2097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Paola Preside</cp:lastModifiedBy>
  <cp:revision>2</cp:revision>
  <dcterms:created xsi:type="dcterms:W3CDTF">2026-09-28T09:02:00Z</dcterms:created>
  <dcterms:modified xsi:type="dcterms:W3CDTF">2026-09-28T09:02:00Z</dcterms:modified>
  <cp:category/>
</cp:coreProperties>
</file>