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91321" w14:textId="77777777" w:rsidR="00F16AA4" w:rsidRDefault="004F18E7">
      <w:pPr>
        <w:rPr>
          <w:b/>
        </w:rPr>
      </w:pPr>
      <w:r>
        <w:rPr>
          <w:b/>
        </w:rPr>
        <w:t>ALLEGATO B</w:t>
      </w:r>
    </w:p>
    <w:p w14:paraId="454ED934" w14:textId="77777777" w:rsidR="00B42464" w:rsidRPr="00B42464" w:rsidRDefault="00B42464" w:rsidP="00B42464">
      <w:pPr>
        <w:widowControl w:val="0"/>
        <w:tabs>
          <w:tab w:val="left" w:pos="4678"/>
          <w:tab w:val="lef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u w:val="single"/>
          <w:lang w:val="it-IT" w:eastAsia="x-none"/>
        </w:rPr>
      </w:pPr>
      <w:proofErr w:type="gramStart"/>
      <w:r w:rsidRPr="00B42464">
        <w:rPr>
          <w:rFonts w:ascii="Calibri" w:eastAsia="Times New Roman" w:hAnsi="Times New Roman" w:cs="Times New Roman"/>
          <w:b/>
          <w:bCs/>
          <w:sz w:val="24"/>
          <w:szCs w:val="20"/>
          <w:lang w:val="it-IT" w:eastAsia="x-none"/>
        </w:rPr>
        <w:t>Cognome  e</w:t>
      </w:r>
      <w:proofErr w:type="gramEnd"/>
      <w:r w:rsidRPr="00B42464">
        <w:rPr>
          <w:rFonts w:ascii="Calibri" w:eastAsia="Times New Roman" w:hAnsi="Times New Roman" w:cs="Times New Roman"/>
          <w:b/>
          <w:bCs/>
          <w:spacing w:val="-7"/>
          <w:sz w:val="24"/>
          <w:szCs w:val="20"/>
          <w:lang w:val="it-IT" w:eastAsia="x-none"/>
        </w:rPr>
        <w:t xml:space="preserve"> </w:t>
      </w:r>
      <w:proofErr w:type="gramStart"/>
      <w:r w:rsidRPr="00B42464">
        <w:rPr>
          <w:rFonts w:ascii="Calibri" w:eastAsia="Times New Roman" w:hAnsi="Times New Roman" w:cs="Times New Roman"/>
          <w:b/>
          <w:bCs/>
          <w:sz w:val="24"/>
          <w:szCs w:val="20"/>
          <w:lang w:val="it-IT" w:eastAsia="x-none"/>
        </w:rPr>
        <w:t>nome</w:t>
      </w:r>
      <w:r w:rsidRPr="00B42464">
        <w:rPr>
          <w:rFonts w:ascii="Calibri" w:eastAsia="Times New Roman" w:hAnsi="Times New Roman" w:cs="Times New Roman"/>
          <w:spacing w:val="1"/>
          <w:sz w:val="24"/>
          <w:szCs w:val="20"/>
          <w:lang w:val="it-IT" w:eastAsia="x-none"/>
        </w:rPr>
        <w:t xml:space="preserve"> </w:t>
      </w:r>
      <w:r w:rsidRPr="00B42464">
        <w:rPr>
          <w:rFonts w:ascii="Times New Roman" w:eastAsia="Times New Roman" w:hAnsi="Times New Roman" w:cs="Times New Roman"/>
          <w:sz w:val="24"/>
          <w:szCs w:val="20"/>
          <w:u w:val="single"/>
          <w:lang w:val="it-IT" w:eastAsia="x-none"/>
        </w:rPr>
        <w:t xml:space="preserve"> </w:t>
      </w:r>
      <w:r w:rsidRPr="00B42464">
        <w:rPr>
          <w:rFonts w:ascii="Times New Roman" w:eastAsia="Times New Roman" w:hAnsi="Times New Roman" w:cs="Times New Roman"/>
          <w:sz w:val="24"/>
          <w:szCs w:val="20"/>
          <w:u w:val="single"/>
          <w:lang w:val="it-IT" w:eastAsia="x-none"/>
        </w:rPr>
        <w:tab/>
      </w:r>
      <w:proofErr w:type="gramEnd"/>
      <w:r w:rsidRPr="00B42464">
        <w:rPr>
          <w:rFonts w:ascii="Calibri" w:eastAsia="Times New Roman" w:hAnsi="Calibri" w:cs="Times New Roman"/>
          <w:sz w:val="24"/>
          <w:szCs w:val="20"/>
          <w:lang w:val="it-IT" w:eastAsia="x-none"/>
        </w:rPr>
        <w:t>Titolo Modulo</w:t>
      </w:r>
      <w:r w:rsidRPr="00B42464">
        <w:rPr>
          <w:rFonts w:ascii="Times New Roman" w:eastAsia="Times New Roman" w:hAnsi="Times New Roman" w:cs="Times New Roman"/>
          <w:sz w:val="24"/>
          <w:szCs w:val="20"/>
          <w:u w:val="single"/>
          <w:lang w:val="it-IT" w:eastAsia="x-none"/>
        </w:rPr>
        <w:t>____________________________</w:t>
      </w:r>
    </w:p>
    <w:p w14:paraId="4500011A" w14:textId="77777777" w:rsidR="00B42464" w:rsidRDefault="00B42464">
      <w:pPr>
        <w:rPr>
          <w:b/>
        </w:rPr>
      </w:pPr>
    </w:p>
    <w:p w14:paraId="58171BC5" w14:textId="77777777" w:rsidR="00B42464" w:rsidRDefault="00B42464"/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3"/>
        <w:gridCol w:w="1092"/>
        <w:gridCol w:w="1090"/>
        <w:gridCol w:w="1397"/>
        <w:gridCol w:w="1561"/>
        <w:gridCol w:w="1544"/>
      </w:tblGrid>
      <w:tr w:rsidR="00B42464" w:rsidRPr="00B42464" w14:paraId="363B5A7E" w14:textId="77777777" w:rsidTr="00DD45EE">
        <w:trPr>
          <w:trHeight w:val="369"/>
        </w:trPr>
        <w:tc>
          <w:tcPr>
            <w:tcW w:w="9887" w:type="dxa"/>
            <w:gridSpan w:val="6"/>
          </w:tcPr>
          <w:p w14:paraId="713FC37C" w14:textId="77777777" w:rsidR="00B42464" w:rsidRPr="00B42464" w:rsidRDefault="00B42464" w:rsidP="00B42464">
            <w:pPr>
              <w:spacing w:after="0" w:line="349" w:lineRule="exact"/>
              <w:ind w:left="655"/>
              <w:rPr>
                <w:rFonts w:ascii="Times New Roman" w:eastAsia="Times New Roman" w:hAnsi="Times New Roman" w:cs="Times New Roman"/>
                <w:b/>
                <w:sz w:val="32"/>
                <w:lang w:val="it-IT"/>
              </w:rPr>
            </w:pPr>
            <w:r w:rsidRPr="00B42464">
              <w:rPr>
                <w:rFonts w:ascii="Times New Roman" w:eastAsia="Times New Roman" w:hAnsi="Times New Roman" w:cs="Times New Roman"/>
                <w:b/>
                <w:sz w:val="28"/>
                <w:lang w:val="it-IT"/>
              </w:rPr>
              <w:t>GRIGLIA</w:t>
            </w:r>
            <w:r w:rsidRPr="00B42464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z w:val="28"/>
                <w:lang w:val="it-IT"/>
              </w:rPr>
              <w:t>DI</w:t>
            </w:r>
            <w:r w:rsidRPr="00B42464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z w:val="28"/>
                <w:lang w:val="it-IT"/>
              </w:rPr>
              <w:t>VALUTAZIONE</w:t>
            </w:r>
            <w:r w:rsidRPr="00B42464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z w:val="28"/>
                <w:lang w:val="it-IT"/>
              </w:rPr>
              <w:t>DEI</w:t>
            </w:r>
            <w:r w:rsidRPr="00B42464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z w:val="28"/>
                <w:lang w:val="it-IT"/>
              </w:rPr>
              <w:t>TITOLI</w:t>
            </w:r>
            <w:r w:rsidRPr="00B42464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z w:val="28"/>
                <w:lang w:val="it-IT"/>
              </w:rPr>
              <w:t>PER</w:t>
            </w:r>
            <w:r w:rsidRPr="00B4246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z w:val="32"/>
                <w:lang w:val="it-IT"/>
              </w:rPr>
              <w:t>TUTOR</w:t>
            </w:r>
            <w:r w:rsidRPr="00B42464">
              <w:rPr>
                <w:rFonts w:ascii="Times New Roman" w:eastAsia="Times New Roman" w:hAnsi="Times New Roman" w:cs="Times New Roman"/>
                <w:b/>
                <w:spacing w:val="-9"/>
                <w:sz w:val="32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pacing w:val="-2"/>
                <w:sz w:val="32"/>
                <w:lang w:val="it-IT"/>
              </w:rPr>
              <w:t>D’AULA</w:t>
            </w:r>
          </w:p>
        </w:tc>
      </w:tr>
      <w:tr w:rsidR="00B42464" w:rsidRPr="00B42464" w14:paraId="5B16ACE6" w14:textId="77777777" w:rsidTr="00DD45EE">
        <w:trPr>
          <w:trHeight w:val="830"/>
        </w:trPr>
        <w:tc>
          <w:tcPr>
            <w:tcW w:w="9887" w:type="dxa"/>
            <w:gridSpan w:val="6"/>
          </w:tcPr>
          <w:p w14:paraId="1E0B63B9" w14:textId="77777777" w:rsidR="00B42464" w:rsidRPr="00B42464" w:rsidRDefault="00B42464" w:rsidP="00B42464">
            <w:pPr>
              <w:spacing w:after="0" w:line="251" w:lineRule="exact"/>
              <w:ind w:left="107"/>
              <w:rPr>
                <w:rFonts w:ascii="Times New Roman" w:eastAsia="Times New Roman" w:hAnsi="Times New Roman" w:cs="Times New Roman"/>
                <w:b/>
                <w:lang w:val="it-IT"/>
              </w:rPr>
            </w:pPr>
            <w:r w:rsidRPr="00B42464">
              <w:rPr>
                <w:rFonts w:ascii="Times New Roman" w:eastAsia="Times New Roman" w:hAnsi="Times New Roman" w:cs="Times New Roman"/>
                <w:b/>
                <w:u w:val="single"/>
                <w:lang w:val="it-IT"/>
              </w:rPr>
              <w:t>Criteri</w:t>
            </w:r>
            <w:r w:rsidRPr="00B42464">
              <w:rPr>
                <w:rFonts w:ascii="Times New Roman" w:eastAsia="Times New Roman" w:hAnsi="Times New Roman" w:cs="Times New Roman"/>
                <w:b/>
                <w:spacing w:val="-2"/>
                <w:u w:val="single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u w:val="single"/>
                <w:lang w:val="it-IT"/>
              </w:rPr>
              <w:t>di</w:t>
            </w:r>
            <w:r w:rsidRPr="00B42464">
              <w:rPr>
                <w:rFonts w:ascii="Times New Roman" w:eastAsia="Times New Roman" w:hAnsi="Times New Roman" w:cs="Times New Roman"/>
                <w:b/>
                <w:spacing w:val="-2"/>
                <w:u w:val="single"/>
                <w:lang w:val="it-IT"/>
              </w:rPr>
              <w:t xml:space="preserve"> ammissione:</w:t>
            </w:r>
          </w:p>
          <w:p w14:paraId="35FD82C7" w14:textId="77777777" w:rsidR="00B42464" w:rsidRPr="00B42464" w:rsidRDefault="00B42464" w:rsidP="00B42464">
            <w:pPr>
              <w:numPr>
                <w:ilvl w:val="0"/>
                <w:numId w:val="10"/>
              </w:numPr>
              <w:tabs>
                <w:tab w:val="left" w:pos="828"/>
              </w:tabs>
              <w:spacing w:after="0" w:line="292" w:lineRule="exact"/>
              <w:rPr>
                <w:rFonts w:ascii="Times New Roman" w:eastAsia="Times New Roman" w:hAnsi="Times New Roman" w:cs="Times New Roman"/>
                <w:b/>
                <w:lang w:val="it-IT"/>
              </w:rPr>
            </w:pPr>
            <w:r w:rsidRPr="00B42464">
              <w:rPr>
                <w:rFonts w:ascii="Times New Roman" w:eastAsia="Times New Roman" w:hAnsi="Times New Roman" w:cs="Times New Roman"/>
                <w:b/>
                <w:lang w:val="it-IT"/>
              </w:rPr>
              <w:t>essere</w:t>
            </w:r>
            <w:r w:rsidRPr="00B42464">
              <w:rPr>
                <w:rFonts w:ascii="Times New Roman" w:eastAsia="Times New Roman" w:hAnsi="Times New Roman" w:cs="Times New Roman"/>
                <w:b/>
                <w:spacing w:val="-8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lang w:val="it-IT"/>
              </w:rPr>
              <w:t>in</w:t>
            </w:r>
            <w:r w:rsidRPr="00B42464">
              <w:rPr>
                <w:rFonts w:ascii="Times New Roman" w:eastAsia="Times New Roman" w:hAnsi="Times New Roman" w:cs="Times New Roman"/>
                <w:b/>
                <w:spacing w:val="-3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lang w:val="it-IT"/>
              </w:rPr>
              <w:t>possesso</w:t>
            </w:r>
            <w:r w:rsidRPr="00B42464">
              <w:rPr>
                <w:rFonts w:ascii="Times New Roman" w:eastAsia="Times New Roman" w:hAnsi="Times New Roman" w:cs="Times New Roman"/>
                <w:b/>
                <w:spacing w:val="-3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lang w:val="it-IT"/>
              </w:rPr>
              <w:t>dei</w:t>
            </w:r>
            <w:r w:rsidRPr="00B42464">
              <w:rPr>
                <w:rFonts w:ascii="Times New Roman" w:eastAsia="Times New Roman" w:hAnsi="Times New Roman" w:cs="Times New Roman"/>
                <w:b/>
                <w:spacing w:val="-6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lang w:val="it-IT"/>
              </w:rPr>
              <w:t>requisiti</w:t>
            </w:r>
            <w:r w:rsidRPr="00B42464">
              <w:rPr>
                <w:rFonts w:ascii="Times New Roman" w:eastAsia="Times New Roman" w:hAnsi="Times New Roman" w:cs="Times New Roman"/>
                <w:b/>
                <w:spacing w:val="-2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lang w:val="it-IT"/>
              </w:rPr>
              <w:t>di</w:t>
            </w:r>
            <w:r w:rsidRPr="00B42464">
              <w:rPr>
                <w:rFonts w:ascii="Times New Roman" w:eastAsia="Times New Roman" w:hAnsi="Times New Roman" w:cs="Times New Roman"/>
                <w:b/>
                <w:spacing w:val="-2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lang w:val="it-IT"/>
              </w:rPr>
              <w:t>cui</w:t>
            </w:r>
            <w:r w:rsidRPr="00B42464">
              <w:rPr>
                <w:rFonts w:ascii="Times New Roman" w:eastAsia="Times New Roman" w:hAnsi="Times New Roman" w:cs="Times New Roman"/>
                <w:b/>
                <w:spacing w:val="-3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lang w:val="it-IT"/>
              </w:rPr>
              <w:t>all’articolo</w:t>
            </w:r>
            <w:r w:rsidRPr="00B42464">
              <w:rPr>
                <w:rFonts w:ascii="Times New Roman" w:eastAsia="Times New Roman" w:hAnsi="Times New Roman" w:cs="Times New Roman"/>
                <w:b/>
                <w:spacing w:val="-6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lang w:val="it-IT"/>
              </w:rPr>
              <w:t>8</w:t>
            </w:r>
            <w:r w:rsidRPr="00B42464">
              <w:rPr>
                <w:rFonts w:ascii="Times New Roman" w:eastAsia="Times New Roman" w:hAnsi="Times New Roman" w:cs="Times New Roman"/>
                <w:b/>
                <w:spacing w:val="-6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lang w:val="it-IT"/>
              </w:rPr>
              <w:t>per</w:t>
            </w:r>
            <w:r w:rsidRPr="00B42464">
              <w:rPr>
                <w:rFonts w:ascii="Times New Roman" w:eastAsia="Times New Roman" w:hAnsi="Times New Roman" w:cs="Times New Roman"/>
                <w:b/>
                <w:spacing w:val="-3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lang w:val="it-IT"/>
              </w:rPr>
              <w:t>il</w:t>
            </w:r>
            <w:r w:rsidRPr="00B42464">
              <w:rPr>
                <w:rFonts w:ascii="Times New Roman" w:eastAsia="Times New Roman" w:hAnsi="Times New Roman" w:cs="Times New Roman"/>
                <w:b/>
                <w:spacing w:val="-3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lang w:val="it-IT"/>
              </w:rPr>
              <w:t>ruolo</w:t>
            </w:r>
            <w:r w:rsidRPr="00B42464">
              <w:rPr>
                <w:rFonts w:ascii="Times New Roman" w:eastAsia="Times New Roman" w:hAnsi="Times New Roman" w:cs="Times New Roman"/>
                <w:b/>
                <w:spacing w:val="-3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lang w:val="it-IT"/>
              </w:rPr>
              <w:t>per</w:t>
            </w:r>
            <w:r w:rsidRPr="00B42464">
              <w:rPr>
                <w:rFonts w:ascii="Times New Roman" w:eastAsia="Times New Roman" w:hAnsi="Times New Roman" w:cs="Times New Roman"/>
                <w:b/>
                <w:spacing w:val="-3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lang w:val="it-IT"/>
              </w:rPr>
              <w:t>cui</w:t>
            </w:r>
            <w:r w:rsidRPr="00B42464">
              <w:rPr>
                <w:rFonts w:ascii="Times New Roman" w:eastAsia="Times New Roman" w:hAnsi="Times New Roman" w:cs="Times New Roman"/>
                <w:b/>
                <w:spacing w:val="-3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lang w:val="it-IT"/>
              </w:rPr>
              <w:t>si</w:t>
            </w:r>
            <w:r w:rsidRPr="00B42464">
              <w:rPr>
                <w:rFonts w:ascii="Times New Roman" w:eastAsia="Times New Roman" w:hAnsi="Times New Roman" w:cs="Times New Roman"/>
                <w:b/>
                <w:spacing w:val="-2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lang w:val="it-IT"/>
              </w:rPr>
              <w:t>presenta</w:t>
            </w:r>
            <w:r w:rsidRPr="00B42464">
              <w:rPr>
                <w:rFonts w:ascii="Times New Roman" w:eastAsia="Times New Roman" w:hAnsi="Times New Roman" w:cs="Times New Roman"/>
                <w:b/>
                <w:spacing w:val="-3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pacing w:val="-2"/>
                <w:lang w:val="it-IT"/>
              </w:rPr>
              <w:t>domanda</w:t>
            </w:r>
          </w:p>
          <w:p w14:paraId="598EEC93" w14:textId="77777777" w:rsidR="00B42464" w:rsidRPr="00B42464" w:rsidRDefault="00B42464" w:rsidP="00B42464">
            <w:pPr>
              <w:numPr>
                <w:ilvl w:val="0"/>
                <w:numId w:val="10"/>
              </w:numPr>
              <w:tabs>
                <w:tab w:val="left" w:pos="828"/>
              </w:tabs>
              <w:spacing w:after="0" w:line="268" w:lineRule="exact"/>
              <w:rPr>
                <w:rFonts w:ascii="Times New Roman" w:eastAsia="Times New Roman" w:hAnsi="Times New Roman" w:cs="Times New Roman"/>
                <w:b/>
                <w:lang w:val="it-IT"/>
              </w:rPr>
            </w:pPr>
            <w:r w:rsidRPr="00B42464">
              <w:rPr>
                <w:rFonts w:ascii="Times New Roman" w:eastAsia="Times New Roman" w:hAnsi="Times New Roman" w:cs="Times New Roman"/>
                <w:b/>
                <w:lang w:val="it-IT"/>
              </w:rPr>
              <w:t>essere</w:t>
            </w:r>
            <w:r w:rsidRPr="00B42464">
              <w:rPr>
                <w:rFonts w:ascii="Times New Roman" w:eastAsia="Times New Roman" w:hAnsi="Times New Roman" w:cs="Times New Roman"/>
                <w:b/>
                <w:spacing w:val="-3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lang w:val="it-IT"/>
              </w:rPr>
              <w:t>docente</w:t>
            </w:r>
            <w:r w:rsidRPr="00B42464">
              <w:rPr>
                <w:rFonts w:ascii="Times New Roman" w:eastAsia="Times New Roman" w:hAnsi="Times New Roman" w:cs="Times New Roman"/>
                <w:b/>
                <w:spacing w:val="-2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lang w:val="it-IT"/>
              </w:rPr>
              <w:t>interno</w:t>
            </w:r>
            <w:r w:rsidRPr="00B42464">
              <w:rPr>
                <w:rFonts w:ascii="Times New Roman" w:eastAsia="Times New Roman" w:hAnsi="Times New Roman" w:cs="Times New Roman"/>
                <w:b/>
                <w:spacing w:val="-5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lang w:val="it-IT"/>
              </w:rPr>
              <w:t>per</w:t>
            </w:r>
            <w:r w:rsidRPr="00B42464">
              <w:rPr>
                <w:rFonts w:ascii="Times New Roman" w:eastAsia="Times New Roman" w:hAnsi="Times New Roman" w:cs="Times New Roman"/>
                <w:b/>
                <w:spacing w:val="-5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lang w:val="it-IT"/>
              </w:rPr>
              <w:t>tutto</w:t>
            </w:r>
            <w:r w:rsidRPr="00B42464">
              <w:rPr>
                <w:rFonts w:ascii="Times New Roman" w:eastAsia="Times New Roman" w:hAnsi="Times New Roman" w:cs="Times New Roman"/>
                <w:b/>
                <w:spacing w:val="-2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lang w:val="it-IT"/>
              </w:rPr>
              <w:t>il</w:t>
            </w:r>
            <w:r w:rsidRPr="00B42464">
              <w:rPr>
                <w:rFonts w:ascii="Times New Roman" w:eastAsia="Times New Roman" w:hAnsi="Times New Roman" w:cs="Times New Roman"/>
                <w:b/>
                <w:spacing w:val="-1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lang w:val="it-IT"/>
              </w:rPr>
              <w:t>periodo</w:t>
            </w:r>
            <w:r w:rsidRPr="00B42464">
              <w:rPr>
                <w:rFonts w:ascii="Times New Roman" w:eastAsia="Times New Roman" w:hAnsi="Times New Roman" w:cs="Times New Roman"/>
                <w:b/>
                <w:spacing w:val="-5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pacing w:val="-2"/>
                <w:lang w:val="it-IT"/>
              </w:rPr>
              <w:t>dell’incarico</w:t>
            </w:r>
          </w:p>
        </w:tc>
      </w:tr>
      <w:tr w:rsidR="00B42464" w:rsidRPr="00B42464" w14:paraId="221D626C" w14:textId="77777777" w:rsidTr="00DD45EE">
        <w:trPr>
          <w:trHeight w:val="921"/>
        </w:trPr>
        <w:tc>
          <w:tcPr>
            <w:tcW w:w="5385" w:type="dxa"/>
            <w:gridSpan w:val="3"/>
          </w:tcPr>
          <w:p w14:paraId="0FF3EA2B" w14:textId="77777777" w:rsidR="00B42464" w:rsidRPr="00B42464" w:rsidRDefault="00B42464" w:rsidP="00B42464">
            <w:pPr>
              <w:spacing w:after="0"/>
              <w:rPr>
                <w:rFonts w:eastAsia="Times New Roman" w:hAnsi="Times New Roman" w:cs="Times New Roman"/>
                <w:b/>
                <w:sz w:val="20"/>
                <w:lang w:val="it-IT"/>
              </w:rPr>
            </w:pPr>
          </w:p>
          <w:p w14:paraId="1B6B3BB4" w14:textId="77777777" w:rsidR="00B42464" w:rsidRPr="00B42464" w:rsidRDefault="00B42464" w:rsidP="00B42464">
            <w:pPr>
              <w:spacing w:after="0"/>
              <w:ind w:left="107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L'</w:t>
            </w:r>
            <w:r w:rsidRPr="00B42464">
              <w:rPr>
                <w:rFonts w:ascii="Times New Roman" w:eastAsia="Times New Roman" w:hAnsi="Times New Roman" w:cs="Times New Roman"/>
                <w:b/>
                <w:spacing w:val="-8"/>
                <w:sz w:val="20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ISTRUZIONE,</w:t>
            </w:r>
            <w:r w:rsidRPr="00B42464">
              <w:rPr>
                <w:rFonts w:ascii="Times New Roman" w:eastAsia="Times New Roman" w:hAnsi="Times New Roman" w:cs="Times New Roman"/>
                <w:b/>
                <w:spacing w:val="-7"/>
                <w:sz w:val="20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LA</w:t>
            </w:r>
            <w:r w:rsidRPr="00B42464">
              <w:rPr>
                <w:rFonts w:ascii="Times New Roman" w:eastAsia="Times New Roman" w:hAnsi="Times New Roman" w:cs="Times New Roman"/>
                <w:b/>
                <w:spacing w:val="-7"/>
                <w:sz w:val="20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it-IT"/>
              </w:rPr>
              <w:t>FORMAZIONE</w:t>
            </w:r>
          </w:p>
          <w:p w14:paraId="7BDE3830" w14:textId="77777777" w:rsidR="00B42464" w:rsidRPr="00B42464" w:rsidRDefault="00B42464" w:rsidP="00B42464">
            <w:pPr>
              <w:spacing w:before="1" w:after="0"/>
              <w:ind w:left="201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NELLO</w:t>
            </w:r>
            <w:r w:rsidRPr="00B42464">
              <w:rPr>
                <w:rFonts w:ascii="Times New Roman" w:eastAsia="Times New Roman" w:hAnsi="Times New Roman" w:cs="Times New Roman"/>
                <w:b/>
                <w:spacing w:val="-6"/>
                <w:sz w:val="20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SPECIFICO</w:t>
            </w:r>
            <w:r w:rsidRPr="00B42464">
              <w:rPr>
                <w:rFonts w:ascii="Times New Roman" w:eastAsia="Times New Roman" w:hAnsi="Times New Roman" w:cs="Times New Roman"/>
                <w:b/>
                <w:spacing w:val="-5"/>
                <w:sz w:val="20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SETTORE</w:t>
            </w:r>
            <w:r w:rsidRPr="00B42464">
              <w:rPr>
                <w:rFonts w:ascii="Times New Roman" w:eastAsia="Times New Roman" w:hAnsi="Times New Roman" w:cs="Times New Roman"/>
                <w:b/>
                <w:spacing w:val="-7"/>
                <w:sz w:val="20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IN</w:t>
            </w:r>
            <w:r w:rsidRPr="00B42464">
              <w:rPr>
                <w:rFonts w:ascii="Times New Roman" w:eastAsia="Times New Roman" w:hAnsi="Times New Roman" w:cs="Times New Roman"/>
                <w:b/>
                <w:spacing w:val="-6"/>
                <w:sz w:val="20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CUI</w:t>
            </w:r>
            <w:r w:rsidRPr="00B42464">
              <w:rPr>
                <w:rFonts w:ascii="Times New Roman" w:eastAsia="Times New Roman" w:hAnsi="Times New Roman" w:cs="Times New Roman"/>
                <w:b/>
                <w:spacing w:val="-8"/>
                <w:sz w:val="20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SI</w:t>
            </w:r>
            <w:r w:rsidRPr="00B42464">
              <w:rPr>
                <w:rFonts w:ascii="Times New Roman" w:eastAsia="Times New Roman" w:hAnsi="Times New Roman" w:cs="Times New Roman"/>
                <w:b/>
                <w:spacing w:val="-7"/>
                <w:sz w:val="20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it-IT"/>
              </w:rPr>
              <w:t>CONCORRE</w:t>
            </w:r>
          </w:p>
        </w:tc>
        <w:tc>
          <w:tcPr>
            <w:tcW w:w="1397" w:type="dxa"/>
          </w:tcPr>
          <w:p w14:paraId="171E7470" w14:textId="77777777" w:rsidR="00B42464" w:rsidRPr="00B42464" w:rsidRDefault="00B42464" w:rsidP="00B42464">
            <w:pPr>
              <w:spacing w:after="0" w:line="230" w:lineRule="atLeast"/>
              <w:ind w:left="205" w:right="202" w:hanging="1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B42464">
              <w:rPr>
                <w:rFonts w:ascii="Times New Roman" w:eastAsia="Times New Roman" w:hAnsi="Times New Roman" w:cs="Times New Roman"/>
                <w:b/>
                <w:spacing w:val="-6"/>
                <w:sz w:val="20"/>
                <w:lang w:val="it-IT"/>
              </w:rPr>
              <w:t xml:space="preserve">n. </w:t>
            </w:r>
            <w:r w:rsidRPr="00B42464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it-IT"/>
              </w:rPr>
              <w:t xml:space="preserve">riferimento </w:t>
            </w:r>
            <w:r w:rsidRPr="00B42464">
              <w:rPr>
                <w:rFonts w:ascii="Times New Roman" w:eastAsia="Times New Roman" w:hAnsi="Times New Roman" w:cs="Times New Roman"/>
                <w:b/>
                <w:spacing w:val="-4"/>
                <w:sz w:val="20"/>
                <w:lang w:val="it-IT"/>
              </w:rPr>
              <w:t xml:space="preserve">del </w:t>
            </w:r>
            <w:r w:rsidRPr="00B42464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it-IT"/>
              </w:rPr>
              <w:t>curriculum</w:t>
            </w:r>
          </w:p>
        </w:tc>
        <w:tc>
          <w:tcPr>
            <w:tcW w:w="1561" w:type="dxa"/>
          </w:tcPr>
          <w:p w14:paraId="0665AEDA" w14:textId="77777777" w:rsidR="00B42464" w:rsidRPr="00B42464" w:rsidRDefault="00B42464" w:rsidP="00B42464">
            <w:pPr>
              <w:spacing w:before="115" w:after="0"/>
              <w:ind w:left="143" w:right="138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da</w:t>
            </w:r>
            <w:r w:rsidRPr="00B42464">
              <w:rPr>
                <w:rFonts w:ascii="Times New Roman" w:eastAsia="Times New Roman" w:hAnsi="Times New Roman" w:cs="Times New Roman"/>
                <w:b/>
                <w:spacing w:val="-13"/>
                <w:sz w:val="20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compilare</w:t>
            </w:r>
            <w:r w:rsidRPr="00B42464">
              <w:rPr>
                <w:rFonts w:ascii="Times New Roman" w:eastAsia="Times New Roman" w:hAnsi="Times New Roman" w:cs="Times New Roman"/>
                <w:b/>
                <w:spacing w:val="-12"/>
                <w:sz w:val="20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 xml:space="preserve">a cura del </w:t>
            </w:r>
            <w:r w:rsidRPr="00B42464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it-IT"/>
              </w:rPr>
              <w:t>candidato</w:t>
            </w:r>
          </w:p>
        </w:tc>
        <w:tc>
          <w:tcPr>
            <w:tcW w:w="1544" w:type="dxa"/>
          </w:tcPr>
          <w:p w14:paraId="05F1A396" w14:textId="77777777" w:rsidR="00B42464" w:rsidRPr="00B42464" w:rsidRDefault="00B42464" w:rsidP="00B42464">
            <w:pPr>
              <w:spacing w:before="115" w:after="0"/>
              <w:ind w:left="135" w:right="129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da</w:t>
            </w:r>
            <w:r w:rsidRPr="00B42464">
              <w:rPr>
                <w:rFonts w:ascii="Times New Roman" w:eastAsia="Times New Roman" w:hAnsi="Times New Roman" w:cs="Times New Roman"/>
                <w:b/>
                <w:spacing w:val="-13"/>
                <w:sz w:val="20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compilare</w:t>
            </w:r>
            <w:r w:rsidRPr="00B42464">
              <w:rPr>
                <w:rFonts w:ascii="Times New Roman" w:eastAsia="Times New Roman" w:hAnsi="Times New Roman" w:cs="Times New Roman"/>
                <w:b/>
                <w:spacing w:val="-12"/>
                <w:sz w:val="20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 xml:space="preserve">a cura della </w:t>
            </w:r>
            <w:r w:rsidRPr="00B42464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it-IT"/>
              </w:rPr>
              <w:t>commissione</w:t>
            </w:r>
          </w:p>
        </w:tc>
      </w:tr>
      <w:tr w:rsidR="00B42464" w:rsidRPr="00B42464" w14:paraId="4FE2B9AE" w14:textId="77777777" w:rsidTr="00DD45EE">
        <w:trPr>
          <w:trHeight w:val="230"/>
        </w:trPr>
        <w:tc>
          <w:tcPr>
            <w:tcW w:w="3203" w:type="dxa"/>
            <w:vMerge w:val="restart"/>
          </w:tcPr>
          <w:p w14:paraId="5C559429" w14:textId="77777777" w:rsidR="00B42464" w:rsidRPr="00B42464" w:rsidRDefault="00B42464" w:rsidP="00B42464">
            <w:pPr>
              <w:spacing w:before="3" w:after="0"/>
              <w:rPr>
                <w:rFonts w:eastAsia="Times New Roman" w:hAnsi="Times New Roman" w:cs="Times New Roman"/>
                <w:b/>
                <w:sz w:val="20"/>
                <w:lang w:val="it-IT"/>
              </w:rPr>
            </w:pPr>
          </w:p>
          <w:p w14:paraId="5A21DB4F" w14:textId="77777777" w:rsidR="00B42464" w:rsidRPr="00B42464" w:rsidRDefault="00B42464" w:rsidP="00B42464">
            <w:pPr>
              <w:spacing w:after="0"/>
              <w:ind w:left="107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A1.</w:t>
            </w:r>
            <w:r w:rsidRPr="00B42464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it-IT"/>
              </w:rPr>
              <w:t xml:space="preserve"> LAUREA</w:t>
            </w:r>
          </w:p>
          <w:p w14:paraId="5FE74D8C" w14:textId="77777777" w:rsidR="00B42464" w:rsidRPr="00B42464" w:rsidRDefault="00B42464" w:rsidP="00B42464">
            <w:pPr>
              <w:spacing w:after="0"/>
              <w:ind w:left="107" w:right="345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(vecchio</w:t>
            </w:r>
            <w:r w:rsidRPr="00B42464">
              <w:rPr>
                <w:rFonts w:ascii="Times New Roman" w:eastAsia="Times New Roman" w:hAnsi="Times New Roman" w:cs="Times New Roman"/>
                <w:b/>
                <w:spacing w:val="-13"/>
                <w:sz w:val="20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ordinamento</w:t>
            </w:r>
            <w:r w:rsidRPr="00B42464">
              <w:rPr>
                <w:rFonts w:ascii="Times New Roman" w:eastAsia="Times New Roman" w:hAnsi="Times New Roman" w:cs="Times New Roman"/>
                <w:b/>
                <w:spacing w:val="-12"/>
                <w:sz w:val="20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 xml:space="preserve">o </w:t>
            </w:r>
            <w:r w:rsidRPr="00B42464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it-IT"/>
              </w:rPr>
              <w:t>magistrale)</w:t>
            </w:r>
          </w:p>
        </w:tc>
        <w:tc>
          <w:tcPr>
            <w:tcW w:w="1092" w:type="dxa"/>
          </w:tcPr>
          <w:p w14:paraId="4796EA9F" w14:textId="77777777" w:rsidR="00B42464" w:rsidRPr="00B42464" w:rsidRDefault="00B42464" w:rsidP="00B42464">
            <w:pPr>
              <w:spacing w:after="0"/>
              <w:rPr>
                <w:rFonts w:ascii="Times New Roman" w:eastAsia="Times New Roman" w:hAnsi="Times New Roman" w:cs="Times New Roman"/>
                <w:sz w:val="16"/>
                <w:lang w:val="it-IT"/>
              </w:rPr>
            </w:pPr>
          </w:p>
        </w:tc>
        <w:tc>
          <w:tcPr>
            <w:tcW w:w="1090" w:type="dxa"/>
          </w:tcPr>
          <w:p w14:paraId="03B3ABC9" w14:textId="77777777" w:rsidR="00B42464" w:rsidRPr="00B42464" w:rsidRDefault="00B42464" w:rsidP="00B42464">
            <w:pPr>
              <w:spacing w:after="0" w:line="210" w:lineRule="exact"/>
              <w:ind w:left="104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B42464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it-IT"/>
              </w:rPr>
              <w:t>PUNTI</w:t>
            </w:r>
          </w:p>
        </w:tc>
        <w:tc>
          <w:tcPr>
            <w:tcW w:w="1397" w:type="dxa"/>
          </w:tcPr>
          <w:p w14:paraId="1ED1DF37" w14:textId="77777777" w:rsidR="00B42464" w:rsidRPr="00B42464" w:rsidRDefault="00B42464" w:rsidP="00B42464">
            <w:pPr>
              <w:spacing w:after="0"/>
              <w:rPr>
                <w:rFonts w:ascii="Times New Roman" w:eastAsia="Times New Roman" w:hAnsi="Times New Roman" w:cs="Times New Roman"/>
                <w:sz w:val="16"/>
                <w:lang w:val="it-IT"/>
              </w:rPr>
            </w:pPr>
          </w:p>
        </w:tc>
        <w:tc>
          <w:tcPr>
            <w:tcW w:w="1561" w:type="dxa"/>
          </w:tcPr>
          <w:p w14:paraId="746D065C" w14:textId="77777777" w:rsidR="00B42464" w:rsidRPr="00B42464" w:rsidRDefault="00B42464" w:rsidP="00B42464">
            <w:pPr>
              <w:spacing w:after="0"/>
              <w:rPr>
                <w:rFonts w:ascii="Times New Roman" w:eastAsia="Times New Roman" w:hAnsi="Times New Roman" w:cs="Times New Roman"/>
                <w:sz w:val="16"/>
                <w:lang w:val="it-IT"/>
              </w:rPr>
            </w:pPr>
          </w:p>
        </w:tc>
        <w:tc>
          <w:tcPr>
            <w:tcW w:w="1544" w:type="dxa"/>
          </w:tcPr>
          <w:p w14:paraId="1599FF45" w14:textId="77777777" w:rsidR="00B42464" w:rsidRPr="00B42464" w:rsidRDefault="00B42464" w:rsidP="00B42464">
            <w:pPr>
              <w:spacing w:after="0"/>
              <w:rPr>
                <w:rFonts w:ascii="Times New Roman" w:eastAsia="Times New Roman" w:hAnsi="Times New Roman" w:cs="Times New Roman"/>
                <w:sz w:val="16"/>
                <w:lang w:val="it-IT"/>
              </w:rPr>
            </w:pPr>
          </w:p>
        </w:tc>
      </w:tr>
      <w:tr w:rsidR="00B42464" w:rsidRPr="00B42464" w14:paraId="082DBE4F" w14:textId="77777777" w:rsidTr="00DD45EE">
        <w:trPr>
          <w:trHeight w:val="918"/>
        </w:trPr>
        <w:tc>
          <w:tcPr>
            <w:tcW w:w="3203" w:type="dxa"/>
            <w:vMerge/>
            <w:tcBorders>
              <w:top w:val="nil"/>
            </w:tcBorders>
          </w:tcPr>
          <w:p w14:paraId="47FA2A38" w14:textId="77777777" w:rsidR="00B42464" w:rsidRPr="00B42464" w:rsidRDefault="00B42464" w:rsidP="00B42464">
            <w:pPr>
              <w:spacing w:after="0"/>
              <w:rPr>
                <w:rFonts w:ascii="Times New Roman" w:eastAsia="Times New Roman" w:hAnsi="Times New Roman" w:cs="Times New Roman"/>
                <w:sz w:val="2"/>
                <w:szCs w:val="2"/>
                <w:lang w:val="it-IT"/>
              </w:rPr>
            </w:pPr>
          </w:p>
        </w:tc>
        <w:tc>
          <w:tcPr>
            <w:tcW w:w="1092" w:type="dxa"/>
          </w:tcPr>
          <w:p w14:paraId="6332704C" w14:textId="77777777" w:rsidR="00B42464" w:rsidRPr="00B42464" w:rsidRDefault="00B42464" w:rsidP="00B42464">
            <w:pPr>
              <w:spacing w:after="0"/>
              <w:ind w:left="107" w:right="307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  <w:r w:rsidRPr="00B42464">
              <w:rPr>
                <w:rFonts w:ascii="Times New Roman" w:eastAsia="Times New Roman" w:hAnsi="Times New Roman" w:cs="Times New Roman"/>
                <w:spacing w:val="-2"/>
                <w:sz w:val="20"/>
                <w:lang w:val="it-IT"/>
              </w:rPr>
              <w:t xml:space="preserve">Verrà valutata </w:t>
            </w:r>
            <w:r w:rsidRPr="00B42464">
              <w:rPr>
                <w:rFonts w:ascii="Times New Roman" w:eastAsia="Times New Roman" w:hAnsi="Times New Roman" w:cs="Times New Roman"/>
                <w:sz w:val="20"/>
                <w:lang w:val="it-IT"/>
              </w:rPr>
              <w:t>una</w:t>
            </w:r>
            <w:r w:rsidRPr="00B42464">
              <w:rPr>
                <w:rFonts w:ascii="Times New Roman" w:eastAsia="Times New Roman" w:hAnsi="Times New Roman" w:cs="Times New Roman"/>
                <w:spacing w:val="-1"/>
                <w:sz w:val="20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spacing w:val="-4"/>
                <w:sz w:val="20"/>
                <w:lang w:val="it-IT"/>
              </w:rPr>
              <w:t>sola</w:t>
            </w:r>
          </w:p>
          <w:p w14:paraId="210AF82A" w14:textId="77777777" w:rsidR="00B42464" w:rsidRPr="00B42464" w:rsidRDefault="00B42464" w:rsidP="00B42464">
            <w:pPr>
              <w:spacing w:after="0" w:line="209" w:lineRule="exact"/>
              <w:ind w:left="107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  <w:r w:rsidRPr="00B42464">
              <w:rPr>
                <w:rFonts w:ascii="Times New Roman" w:eastAsia="Times New Roman" w:hAnsi="Times New Roman" w:cs="Times New Roman"/>
                <w:spacing w:val="-2"/>
                <w:sz w:val="20"/>
                <w:lang w:val="it-IT"/>
              </w:rPr>
              <w:t>laurea</w:t>
            </w:r>
          </w:p>
        </w:tc>
        <w:tc>
          <w:tcPr>
            <w:tcW w:w="1090" w:type="dxa"/>
          </w:tcPr>
          <w:p w14:paraId="3CDF33F5" w14:textId="77777777" w:rsidR="00B42464" w:rsidRPr="00B42464" w:rsidRDefault="00B42464" w:rsidP="00B42464">
            <w:pPr>
              <w:spacing w:before="113" w:after="0"/>
              <w:rPr>
                <w:rFonts w:eastAsia="Times New Roman" w:hAnsi="Times New Roman" w:cs="Times New Roman"/>
                <w:b/>
                <w:sz w:val="20"/>
                <w:lang w:val="it-IT"/>
              </w:rPr>
            </w:pPr>
          </w:p>
          <w:p w14:paraId="59D90988" w14:textId="77777777" w:rsidR="00B42464" w:rsidRPr="00B42464" w:rsidRDefault="00B42464" w:rsidP="00B42464">
            <w:pPr>
              <w:spacing w:after="0"/>
              <w:ind w:left="104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B42464">
              <w:rPr>
                <w:rFonts w:ascii="Times New Roman" w:eastAsia="Times New Roman" w:hAnsi="Times New Roman" w:cs="Times New Roman"/>
                <w:b/>
                <w:spacing w:val="-5"/>
                <w:sz w:val="20"/>
                <w:lang w:val="it-IT"/>
              </w:rPr>
              <w:t>15</w:t>
            </w:r>
          </w:p>
        </w:tc>
        <w:tc>
          <w:tcPr>
            <w:tcW w:w="1397" w:type="dxa"/>
          </w:tcPr>
          <w:p w14:paraId="764F83D7" w14:textId="77777777" w:rsidR="00B42464" w:rsidRPr="00B42464" w:rsidRDefault="00B42464" w:rsidP="00B42464">
            <w:pPr>
              <w:spacing w:after="0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</w:p>
        </w:tc>
        <w:tc>
          <w:tcPr>
            <w:tcW w:w="1561" w:type="dxa"/>
          </w:tcPr>
          <w:p w14:paraId="6381BC59" w14:textId="77777777" w:rsidR="00B42464" w:rsidRPr="00B42464" w:rsidRDefault="00B42464" w:rsidP="00B42464">
            <w:pPr>
              <w:spacing w:after="0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</w:p>
        </w:tc>
        <w:tc>
          <w:tcPr>
            <w:tcW w:w="1544" w:type="dxa"/>
          </w:tcPr>
          <w:p w14:paraId="03239C3F" w14:textId="77777777" w:rsidR="00B42464" w:rsidRPr="00B42464" w:rsidRDefault="00B42464" w:rsidP="00B42464">
            <w:pPr>
              <w:spacing w:after="0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</w:p>
        </w:tc>
      </w:tr>
      <w:tr w:rsidR="00B42464" w:rsidRPr="00B42464" w14:paraId="274D53DE" w14:textId="77777777" w:rsidTr="00DD45EE">
        <w:trPr>
          <w:trHeight w:val="918"/>
        </w:trPr>
        <w:tc>
          <w:tcPr>
            <w:tcW w:w="3203" w:type="dxa"/>
          </w:tcPr>
          <w:p w14:paraId="5DEA90A0" w14:textId="77777777" w:rsidR="00B42464" w:rsidRPr="00B42464" w:rsidRDefault="00B42464" w:rsidP="00B42464">
            <w:pPr>
              <w:spacing w:after="0"/>
              <w:rPr>
                <w:rFonts w:eastAsia="Times New Roman" w:hAnsi="Times New Roman" w:cs="Times New Roman"/>
                <w:b/>
                <w:sz w:val="20"/>
                <w:lang w:val="it-IT"/>
              </w:rPr>
            </w:pPr>
          </w:p>
          <w:p w14:paraId="0ABB363E" w14:textId="77777777" w:rsidR="00B42464" w:rsidRPr="00B42464" w:rsidRDefault="00B42464" w:rsidP="00B42464">
            <w:pPr>
              <w:spacing w:after="0"/>
              <w:ind w:left="107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A2.</w:t>
            </w:r>
            <w:r w:rsidRPr="00B42464">
              <w:rPr>
                <w:rFonts w:ascii="Times New Roman" w:eastAsia="Times New Roman" w:hAnsi="Times New Roman" w:cs="Times New Roman"/>
                <w:b/>
                <w:spacing w:val="-13"/>
                <w:sz w:val="20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LAUREA</w:t>
            </w:r>
            <w:r w:rsidRPr="00B42464">
              <w:rPr>
                <w:rFonts w:ascii="Times New Roman" w:eastAsia="Times New Roman" w:hAnsi="Times New Roman" w:cs="Times New Roman"/>
                <w:b/>
                <w:spacing w:val="-12"/>
                <w:sz w:val="20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(triennale</w:t>
            </w:r>
            <w:r w:rsidRPr="00B42464">
              <w:rPr>
                <w:rFonts w:ascii="Times New Roman" w:eastAsia="Times New Roman" w:hAnsi="Times New Roman" w:cs="Times New Roman"/>
                <w:b/>
                <w:spacing w:val="-13"/>
                <w:sz w:val="20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in alternativa al punto A1)</w:t>
            </w:r>
          </w:p>
        </w:tc>
        <w:tc>
          <w:tcPr>
            <w:tcW w:w="1092" w:type="dxa"/>
          </w:tcPr>
          <w:p w14:paraId="4B1C90D6" w14:textId="77777777" w:rsidR="00B42464" w:rsidRPr="00B42464" w:rsidRDefault="00B42464" w:rsidP="00B42464">
            <w:pPr>
              <w:spacing w:after="0"/>
              <w:ind w:left="107" w:right="307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  <w:r w:rsidRPr="00B42464">
              <w:rPr>
                <w:rFonts w:ascii="Times New Roman" w:eastAsia="Times New Roman" w:hAnsi="Times New Roman" w:cs="Times New Roman"/>
                <w:spacing w:val="-2"/>
                <w:sz w:val="20"/>
                <w:lang w:val="it-IT"/>
              </w:rPr>
              <w:t>Verrà valutata</w:t>
            </w:r>
          </w:p>
          <w:p w14:paraId="21ED30F2" w14:textId="77777777" w:rsidR="00B42464" w:rsidRPr="00B42464" w:rsidRDefault="00B42464" w:rsidP="00B42464">
            <w:pPr>
              <w:spacing w:after="0" w:line="228" w:lineRule="exact"/>
              <w:ind w:left="107" w:right="307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  <w:r w:rsidRPr="00B42464">
              <w:rPr>
                <w:rFonts w:ascii="Times New Roman" w:eastAsia="Times New Roman" w:hAnsi="Times New Roman" w:cs="Times New Roman"/>
                <w:sz w:val="20"/>
                <w:lang w:val="it-IT"/>
              </w:rPr>
              <w:t>una</w:t>
            </w:r>
            <w:r w:rsidRPr="00B42464">
              <w:rPr>
                <w:rFonts w:ascii="Times New Roman" w:eastAsia="Times New Roman" w:hAnsi="Times New Roman" w:cs="Times New Roman"/>
                <w:spacing w:val="-13"/>
                <w:sz w:val="20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sola </w:t>
            </w:r>
            <w:r w:rsidRPr="00B42464">
              <w:rPr>
                <w:rFonts w:ascii="Times New Roman" w:eastAsia="Times New Roman" w:hAnsi="Times New Roman" w:cs="Times New Roman"/>
                <w:spacing w:val="-2"/>
                <w:sz w:val="20"/>
                <w:lang w:val="it-IT"/>
              </w:rPr>
              <w:t>laurea</w:t>
            </w:r>
          </w:p>
        </w:tc>
        <w:tc>
          <w:tcPr>
            <w:tcW w:w="1090" w:type="dxa"/>
          </w:tcPr>
          <w:p w14:paraId="237B672B" w14:textId="77777777" w:rsidR="00B42464" w:rsidRPr="00B42464" w:rsidRDefault="00B42464" w:rsidP="00B42464">
            <w:pPr>
              <w:spacing w:before="115" w:after="0"/>
              <w:rPr>
                <w:rFonts w:eastAsia="Times New Roman" w:hAnsi="Times New Roman" w:cs="Times New Roman"/>
                <w:b/>
                <w:sz w:val="20"/>
                <w:lang w:val="it-IT"/>
              </w:rPr>
            </w:pPr>
          </w:p>
          <w:p w14:paraId="50319963" w14:textId="77777777" w:rsidR="00B42464" w:rsidRPr="00B42464" w:rsidRDefault="00B42464" w:rsidP="00B42464">
            <w:pPr>
              <w:spacing w:before="1" w:after="0"/>
              <w:ind w:left="104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B42464">
              <w:rPr>
                <w:rFonts w:ascii="Times New Roman" w:eastAsia="Times New Roman" w:hAnsi="Times New Roman" w:cs="Times New Roman"/>
                <w:b/>
                <w:spacing w:val="-5"/>
                <w:sz w:val="20"/>
                <w:lang w:val="it-IT"/>
              </w:rPr>
              <w:t>10</w:t>
            </w:r>
          </w:p>
        </w:tc>
        <w:tc>
          <w:tcPr>
            <w:tcW w:w="1397" w:type="dxa"/>
          </w:tcPr>
          <w:p w14:paraId="19D650B8" w14:textId="77777777" w:rsidR="00B42464" w:rsidRPr="00B42464" w:rsidRDefault="00B42464" w:rsidP="00B42464">
            <w:pPr>
              <w:spacing w:after="0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</w:p>
        </w:tc>
        <w:tc>
          <w:tcPr>
            <w:tcW w:w="1561" w:type="dxa"/>
          </w:tcPr>
          <w:p w14:paraId="4DE36FF2" w14:textId="77777777" w:rsidR="00B42464" w:rsidRPr="00B42464" w:rsidRDefault="00B42464" w:rsidP="00B42464">
            <w:pPr>
              <w:spacing w:after="0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</w:p>
        </w:tc>
        <w:tc>
          <w:tcPr>
            <w:tcW w:w="1544" w:type="dxa"/>
          </w:tcPr>
          <w:p w14:paraId="294A6D3C" w14:textId="77777777" w:rsidR="00B42464" w:rsidRPr="00B42464" w:rsidRDefault="00B42464" w:rsidP="00B42464">
            <w:pPr>
              <w:spacing w:after="0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</w:p>
        </w:tc>
      </w:tr>
      <w:tr w:rsidR="00B42464" w:rsidRPr="00B42464" w14:paraId="1960048A" w14:textId="77777777" w:rsidTr="00DD45EE">
        <w:trPr>
          <w:trHeight w:val="921"/>
        </w:trPr>
        <w:tc>
          <w:tcPr>
            <w:tcW w:w="3203" w:type="dxa"/>
          </w:tcPr>
          <w:p w14:paraId="5C97208C" w14:textId="77777777" w:rsidR="00B42464" w:rsidRPr="00B42464" w:rsidRDefault="00B42464" w:rsidP="00B42464">
            <w:pPr>
              <w:spacing w:before="115" w:after="0"/>
              <w:ind w:left="107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A3.</w:t>
            </w:r>
            <w:r w:rsidRPr="00B42464">
              <w:rPr>
                <w:rFonts w:ascii="Times New Roman" w:eastAsia="Times New Roman" w:hAnsi="Times New Roman" w:cs="Times New Roman"/>
                <w:b/>
                <w:spacing w:val="-6"/>
                <w:sz w:val="20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DIPLOMA</w:t>
            </w:r>
            <w:r w:rsidRPr="00B42464">
              <w:rPr>
                <w:rFonts w:ascii="Times New Roman" w:eastAsia="Times New Roman" w:hAnsi="Times New Roman" w:cs="Times New Roman"/>
                <w:b/>
                <w:spacing w:val="-7"/>
                <w:sz w:val="20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it-IT"/>
              </w:rPr>
              <w:t>SCUOLA</w:t>
            </w:r>
          </w:p>
          <w:p w14:paraId="2CC87DD7" w14:textId="77777777" w:rsidR="00B42464" w:rsidRPr="00B42464" w:rsidRDefault="00B42464" w:rsidP="00B42464">
            <w:pPr>
              <w:spacing w:before="1" w:after="0"/>
              <w:ind w:left="107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SECONDARIA</w:t>
            </w:r>
            <w:r w:rsidRPr="00B42464">
              <w:rPr>
                <w:rFonts w:ascii="Times New Roman" w:eastAsia="Times New Roman" w:hAnsi="Times New Roman" w:cs="Times New Roman"/>
                <w:b/>
                <w:spacing w:val="-13"/>
                <w:sz w:val="20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(in</w:t>
            </w:r>
            <w:r w:rsidRPr="00B42464">
              <w:rPr>
                <w:rFonts w:ascii="Times New Roman" w:eastAsia="Times New Roman" w:hAnsi="Times New Roman" w:cs="Times New Roman"/>
                <w:b/>
                <w:spacing w:val="-12"/>
                <w:sz w:val="20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alternativa</w:t>
            </w:r>
            <w:r w:rsidRPr="00B42464">
              <w:rPr>
                <w:rFonts w:ascii="Times New Roman" w:eastAsia="Times New Roman" w:hAnsi="Times New Roman" w:cs="Times New Roman"/>
                <w:b/>
                <w:spacing w:val="-11"/>
                <w:sz w:val="20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al punto A1 e A2)</w:t>
            </w:r>
          </w:p>
        </w:tc>
        <w:tc>
          <w:tcPr>
            <w:tcW w:w="1092" w:type="dxa"/>
          </w:tcPr>
          <w:p w14:paraId="229078EC" w14:textId="77777777" w:rsidR="00B42464" w:rsidRPr="00B42464" w:rsidRDefault="00B42464" w:rsidP="00B42464">
            <w:pPr>
              <w:spacing w:after="0"/>
              <w:ind w:left="107" w:right="326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  <w:r w:rsidRPr="00B42464">
              <w:rPr>
                <w:rFonts w:ascii="Times New Roman" w:eastAsia="Times New Roman" w:hAnsi="Times New Roman" w:cs="Times New Roman"/>
                <w:spacing w:val="-2"/>
                <w:sz w:val="20"/>
                <w:lang w:val="it-IT"/>
              </w:rPr>
              <w:t xml:space="preserve">Verrà valutato </w:t>
            </w:r>
            <w:r w:rsidRPr="00B42464">
              <w:rPr>
                <w:rFonts w:ascii="Times New Roman" w:eastAsia="Times New Roman" w:hAnsi="Times New Roman" w:cs="Times New Roman"/>
                <w:sz w:val="20"/>
                <w:lang w:val="it-IT"/>
              </w:rPr>
              <w:t>un solo</w:t>
            </w:r>
          </w:p>
          <w:p w14:paraId="1B7BCB15" w14:textId="77777777" w:rsidR="00B42464" w:rsidRPr="00B42464" w:rsidRDefault="00B42464" w:rsidP="00B42464">
            <w:pPr>
              <w:spacing w:before="2" w:after="0" w:line="210" w:lineRule="exact"/>
              <w:ind w:left="107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  <w:r w:rsidRPr="00B42464">
              <w:rPr>
                <w:rFonts w:ascii="Times New Roman" w:eastAsia="Times New Roman" w:hAnsi="Times New Roman" w:cs="Times New Roman"/>
                <w:spacing w:val="-2"/>
                <w:sz w:val="20"/>
                <w:lang w:val="it-IT"/>
              </w:rPr>
              <w:t>titolo</w:t>
            </w:r>
          </w:p>
        </w:tc>
        <w:tc>
          <w:tcPr>
            <w:tcW w:w="1090" w:type="dxa"/>
          </w:tcPr>
          <w:p w14:paraId="772A93D5" w14:textId="77777777" w:rsidR="00B42464" w:rsidRPr="00B42464" w:rsidRDefault="00B42464" w:rsidP="00B42464">
            <w:pPr>
              <w:spacing w:before="115" w:after="0"/>
              <w:rPr>
                <w:rFonts w:eastAsia="Times New Roman" w:hAnsi="Times New Roman" w:cs="Times New Roman"/>
                <w:b/>
                <w:sz w:val="20"/>
                <w:lang w:val="it-IT"/>
              </w:rPr>
            </w:pPr>
          </w:p>
          <w:p w14:paraId="37763CDA" w14:textId="77777777" w:rsidR="00B42464" w:rsidRPr="00B42464" w:rsidRDefault="00B42464" w:rsidP="00B42464">
            <w:pPr>
              <w:spacing w:before="1" w:after="0"/>
              <w:ind w:left="104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B42464">
              <w:rPr>
                <w:rFonts w:ascii="Times New Roman" w:eastAsia="Times New Roman" w:hAnsi="Times New Roman" w:cs="Times New Roman"/>
                <w:b/>
                <w:spacing w:val="-10"/>
                <w:sz w:val="20"/>
                <w:lang w:val="it-IT"/>
              </w:rPr>
              <w:t>5</w:t>
            </w:r>
          </w:p>
        </w:tc>
        <w:tc>
          <w:tcPr>
            <w:tcW w:w="1397" w:type="dxa"/>
          </w:tcPr>
          <w:p w14:paraId="4E095561" w14:textId="77777777" w:rsidR="00B42464" w:rsidRPr="00B42464" w:rsidRDefault="00B42464" w:rsidP="00B42464">
            <w:pPr>
              <w:spacing w:after="0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</w:p>
        </w:tc>
        <w:tc>
          <w:tcPr>
            <w:tcW w:w="1561" w:type="dxa"/>
          </w:tcPr>
          <w:p w14:paraId="571D5070" w14:textId="77777777" w:rsidR="00B42464" w:rsidRPr="00B42464" w:rsidRDefault="00B42464" w:rsidP="00B42464">
            <w:pPr>
              <w:spacing w:after="0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</w:p>
        </w:tc>
        <w:tc>
          <w:tcPr>
            <w:tcW w:w="1544" w:type="dxa"/>
          </w:tcPr>
          <w:p w14:paraId="1AA3CF9A" w14:textId="77777777" w:rsidR="00B42464" w:rsidRPr="00B42464" w:rsidRDefault="00B42464" w:rsidP="00B42464">
            <w:pPr>
              <w:spacing w:after="0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</w:p>
        </w:tc>
      </w:tr>
      <w:tr w:rsidR="00B42464" w:rsidRPr="00B42464" w14:paraId="33B791A5" w14:textId="77777777" w:rsidTr="00DD45EE">
        <w:trPr>
          <w:trHeight w:val="690"/>
        </w:trPr>
        <w:tc>
          <w:tcPr>
            <w:tcW w:w="5385" w:type="dxa"/>
            <w:gridSpan w:val="3"/>
          </w:tcPr>
          <w:p w14:paraId="139AE173" w14:textId="77777777" w:rsidR="00B42464" w:rsidRPr="00B42464" w:rsidRDefault="00B42464" w:rsidP="00B42464">
            <w:pPr>
              <w:spacing w:after="0"/>
              <w:rPr>
                <w:rFonts w:eastAsia="Times New Roman" w:hAnsi="Times New Roman" w:cs="Times New Roman"/>
                <w:b/>
                <w:sz w:val="20"/>
                <w:lang w:val="it-IT"/>
              </w:rPr>
            </w:pPr>
          </w:p>
          <w:p w14:paraId="37C7BEE9" w14:textId="77777777" w:rsidR="00B42464" w:rsidRPr="00B42464" w:rsidRDefault="00B42464" w:rsidP="00B42464">
            <w:pPr>
              <w:spacing w:after="0"/>
              <w:ind w:left="107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LE</w:t>
            </w:r>
            <w:r w:rsidRPr="00B42464">
              <w:rPr>
                <w:rFonts w:ascii="Times New Roman" w:eastAsia="Times New Roman" w:hAnsi="Times New Roman" w:cs="Times New Roman"/>
                <w:b/>
                <w:spacing w:val="-11"/>
                <w:sz w:val="20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CERTIFICAZIONI</w:t>
            </w:r>
            <w:r w:rsidRPr="00B42464">
              <w:rPr>
                <w:rFonts w:ascii="Times New Roman" w:eastAsia="Times New Roman" w:hAnsi="Times New Roman" w:cs="Times New Roman"/>
                <w:b/>
                <w:spacing w:val="-11"/>
                <w:sz w:val="20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it-IT"/>
              </w:rPr>
              <w:t>OTTENUTE</w:t>
            </w:r>
          </w:p>
        </w:tc>
        <w:tc>
          <w:tcPr>
            <w:tcW w:w="1397" w:type="dxa"/>
          </w:tcPr>
          <w:p w14:paraId="04F3CB16" w14:textId="77777777" w:rsidR="00B42464" w:rsidRPr="00B42464" w:rsidRDefault="00B42464" w:rsidP="00B42464">
            <w:pPr>
              <w:spacing w:after="0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</w:p>
        </w:tc>
        <w:tc>
          <w:tcPr>
            <w:tcW w:w="1561" w:type="dxa"/>
          </w:tcPr>
          <w:p w14:paraId="17C2C7B0" w14:textId="77777777" w:rsidR="00B42464" w:rsidRPr="00B42464" w:rsidRDefault="00B42464" w:rsidP="00B42464">
            <w:pPr>
              <w:spacing w:after="0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</w:p>
        </w:tc>
        <w:tc>
          <w:tcPr>
            <w:tcW w:w="1544" w:type="dxa"/>
          </w:tcPr>
          <w:p w14:paraId="2673635C" w14:textId="77777777" w:rsidR="00B42464" w:rsidRPr="00B42464" w:rsidRDefault="00B42464" w:rsidP="00B42464">
            <w:pPr>
              <w:spacing w:after="0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</w:p>
        </w:tc>
      </w:tr>
      <w:tr w:rsidR="00B42464" w:rsidRPr="00B42464" w14:paraId="19817FB4" w14:textId="77777777" w:rsidTr="00DD45EE">
        <w:trPr>
          <w:trHeight w:val="688"/>
        </w:trPr>
        <w:tc>
          <w:tcPr>
            <w:tcW w:w="3203" w:type="dxa"/>
          </w:tcPr>
          <w:p w14:paraId="245B3CE3" w14:textId="77777777" w:rsidR="00B42464" w:rsidRPr="00B42464" w:rsidRDefault="00B42464" w:rsidP="00B42464">
            <w:pPr>
              <w:spacing w:after="0" w:line="229" w:lineRule="exact"/>
              <w:ind w:left="107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B1.</w:t>
            </w:r>
            <w:r w:rsidRPr="00B42464">
              <w:rPr>
                <w:rFonts w:ascii="Times New Roman" w:eastAsia="Times New Roman" w:hAnsi="Times New Roman" w:cs="Times New Roman"/>
                <w:b/>
                <w:spacing w:val="-8"/>
                <w:sz w:val="20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COMPETENZE</w:t>
            </w:r>
            <w:r w:rsidRPr="00B42464">
              <w:rPr>
                <w:rFonts w:ascii="Times New Roman" w:eastAsia="Times New Roman" w:hAnsi="Times New Roman" w:cs="Times New Roman"/>
                <w:b/>
                <w:spacing w:val="-9"/>
                <w:sz w:val="20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it-IT"/>
              </w:rPr>
              <w:t>I.C.T.</w:t>
            </w:r>
          </w:p>
          <w:p w14:paraId="5B3B910D" w14:textId="77777777" w:rsidR="00B42464" w:rsidRPr="00B42464" w:rsidRDefault="00B42464" w:rsidP="00B42464">
            <w:pPr>
              <w:spacing w:after="0" w:line="230" w:lineRule="exact"/>
              <w:ind w:left="107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CERTIFICATE</w:t>
            </w:r>
            <w:r w:rsidRPr="00B42464">
              <w:rPr>
                <w:rFonts w:ascii="Times New Roman" w:eastAsia="Times New Roman" w:hAnsi="Times New Roman" w:cs="Times New Roman"/>
                <w:b/>
                <w:spacing w:val="-13"/>
                <w:sz w:val="20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riconosciute</w:t>
            </w:r>
            <w:r w:rsidRPr="00B42464">
              <w:rPr>
                <w:rFonts w:ascii="Times New Roman" w:eastAsia="Times New Roman" w:hAnsi="Times New Roman" w:cs="Times New Roman"/>
                <w:b/>
                <w:spacing w:val="-12"/>
                <w:sz w:val="20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 xml:space="preserve">dal </w:t>
            </w:r>
            <w:r w:rsidRPr="00B42464">
              <w:rPr>
                <w:rFonts w:ascii="Times New Roman" w:eastAsia="Times New Roman" w:hAnsi="Times New Roman" w:cs="Times New Roman"/>
                <w:b/>
                <w:spacing w:val="-4"/>
                <w:sz w:val="20"/>
                <w:lang w:val="it-IT"/>
              </w:rPr>
              <w:t>MIUR</w:t>
            </w:r>
          </w:p>
        </w:tc>
        <w:tc>
          <w:tcPr>
            <w:tcW w:w="1092" w:type="dxa"/>
          </w:tcPr>
          <w:p w14:paraId="17388F98" w14:textId="77777777" w:rsidR="00B42464" w:rsidRPr="00B42464" w:rsidRDefault="00B42464" w:rsidP="00B42464">
            <w:pPr>
              <w:spacing w:before="228" w:after="0"/>
              <w:ind w:left="107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  <w:r w:rsidRPr="00B42464">
              <w:rPr>
                <w:rFonts w:ascii="Times New Roman" w:eastAsia="Times New Roman" w:hAnsi="Times New Roman" w:cs="Times New Roman"/>
                <w:sz w:val="20"/>
                <w:lang w:val="it-IT"/>
              </w:rPr>
              <w:t>Max</w:t>
            </w:r>
            <w:r w:rsidRPr="00B42464">
              <w:rPr>
                <w:rFonts w:ascii="Times New Roman" w:eastAsia="Times New Roman" w:hAnsi="Times New Roman" w:cs="Times New Roman"/>
                <w:spacing w:val="-3"/>
                <w:sz w:val="20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spacing w:val="-10"/>
                <w:sz w:val="20"/>
                <w:lang w:val="it-IT"/>
              </w:rPr>
              <w:t>1</w:t>
            </w:r>
          </w:p>
        </w:tc>
        <w:tc>
          <w:tcPr>
            <w:tcW w:w="1090" w:type="dxa"/>
          </w:tcPr>
          <w:p w14:paraId="6FE974F6" w14:textId="77777777" w:rsidR="00B42464" w:rsidRPr="00B42464" w:rsidRDefault="00B42464" w:rsidP="00B42464">
            <w:pPr>
              <w:spacing w:before="228" w:after="0"/>
              <w:ind w:left="104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 xml:space="preserve">5 </w:t>
            </w:r>
            <w:r w:rsidRPr="00B42464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it-IT"/>
              </w:rPr>
              <w:t>punti</w:t>
            </w:r>
          </w:p>
        </w:tc>
        <w:tc>
          <w:tcPr>
            <w:tcW w:w="1397" w:type="dxa"/>
          </w:tcPr>
          <w:p w14:paraId="6A38EACA" w14:textId="77777777" w:rsidR="00B42464" w:rsidRPr="00B42464" w:rsidRDefault="00B42464" w:rsidP="00B42464">
            <w:pPr>
              <w:spacing w:after="0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</w:p>
        </w:tc>
        <w:tc>
          <w:tcPr>
            <w:tcW w:w="1561" w:type="dxa"/>
          </w:tcPr>
          <w:p w14:paraId="2494371A" w14:textId="77777777" w:rsidR="00B42464" w:rsidRPr="00B42464" w:rsidRDefault="00B42464" w:rsidP="00B42464">
            <w:pPr>
              <w:spacing w:after="0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</w:p>
        </w:tc>
        <w:tc>
          <w:tcPr>
            <w:tcW w:w="1544" w:type="dxa"/>
          </w:tcPr>
          <w:p w14:paraId="6512B39D" w14:textId="77777777" w:rsidR="00B42464" w:rsidRPr="00B42464" w:rsidRDefault="00B42464" w:rsidP="00B42464">
            <w:pPr>
              <w:spacing w:after="0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</w:p>
        </w:tc>
      </w:tr>
      <w:tr w:rsidR="00B42464" w:rsidRPr="00B42464" w14:paraId="6E14A066" w14:textId="77777777" w:rsidTr="00DD45EE">
        <w:trPr>
          <w:trHeight w:val="920"/>
        </w:trPr>
        <w:tc>
          <w:tcPr>
            <w:tcW w:w="5385" w:type="dxa"/>
            <w:gridSpan w:val="3"/>
          </w:tcPr>
          <w:p w14:paraId="180CE4ED" w14:textId="77777777" w:rsidR="00B42464" w:rsidRPr="00B42464" w:rsidRDefault="00B42464" w:rsidP="00B42464">
            <w:pPr>
              <w:spacing w:after="0"/>
              <w:rPr>
                <w:rFonts w:eastAsia="Times New Roman" w:hAnsi="Times New Roman" w:cs="Times New Roman"/>
                <w:b/>
                <w:sz w:val="20"/>
                <w:lang w:val="it-IT"/>
              </w:rPr>
            </w:pPr>
          </w:p>
          <w:p w14:paraId="41B704FB" w14:textId="77777777" w:rsidR="00B42464" w:rsidRPr="00B42464" w:rsidRDefault="00B42464" w:rsidP="00B42464">
            <w:pPr>
              <w:spacing w:after="0"/>
              <w:ind w:left="107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LE</w:t>
            </w:r>
            <w:r w:rsidRPr="00B42464">
              <w:rPr>
                <w:rFonts w:ascii="Times New Roman" w:eastAsia="Times New Roman" w:hAnsi="Times New Roman" w:cs="Times New Roman"/>
                <w:b/>
                <w:spacing w:val="-3"/>
                <w:sz w:val="20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it-IT"/>
              </w:rPr>
              <w:t>ESPERIENZE</w:t>
            </w:r>
          </w:p>
          <w:p w14:paraId="2546E375" w14:textId="77777777" w:rsidR="00B42464" w:rsidRPr="00B42464" w:rsidRDefault="00B42464" w:rsidP="00B42464">
            <w:pPr>
              <w:spacing w:after="0"/>
              <w:ind w:left="158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B42464">
              <w:rPr>
                <w:rFonts w:ascii="Times New Roman" w:eastAsia="Times New Roman" w:hAnsi="Times New Roman" w:cs="Times New Roman"/>
                <w:b/>
                <w:sz w:val="20"/>
                <w:u w:val="single"/>
                <w:lang w:val="it-IT"/>
              </w:rPr>
              <w:t>NELLO</w:t>
            </w:r>
            <w:r w:rsidRPr="00B42464">
              <w:rPr>
                <w:rFonts w:ascii="Times New Roman" w:eastAsia="Times New Roman" w:hAnsi="Times New Roman" w:cs="Times New Roman"/>
                <w:b/>
                <w:spacing w:val="-6"/>
                <w:sz w:val="20"/>
                <w:u w:val="single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z w:val="20"/>
                <w:u w:val="single"/>
                <w:lang w:val="it-IT"/>
              </w:rPr>
              <w:t>SPECIFICO</w:t>
            </w:r>
            <w:r w:rsidRPr="00B42464">
              <w:rPr>
                <w:rFonts w:ascii="Times New Roman" w:eastAsia="Times New Roman" w:hAnsi="Times New Roman" w:cs="Times New Roman"/>
                <w:b/>
                <w:spacing w:val="-6"/>
                <w:sz w:val="20"/>
                <w:u w:val="single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z w:val="20"/>
                <w:u w:val="single"/>
                <w:lang w:val="it-IT"/>
              </w:rPr>
              <w:t>SETTORE</w:t>
            </w:r>
            <w:r w:rsidRPr="00B42464">
              <w:rPr>
                <w:rFonts w:ascii="Times New Roman" w:eastAsia="Times New Roman" w:hAnsi="Times New Roman" w:cs="Times New Roman"/>
                <w:b/>
                <w:spacing w:val="-7"/>
                <w:sz w:val="20"/>
                <w:u w:val="single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z w:val="20"/>
                <w:u w:val="single"/>
                <w:lang w:val="it-IT"/>
              </w:rPr>
              <w:t>IN</w:t>
            </w:r>
            <w:r w:rsidRPr="00B42464">
              <w:rPr>
                <w:rFonts w:ascii="Times New Roman" w:eastAsia="Times New Roman" w:hAnsi="Times New Roman" w:cs="Times New Roman"/>
                <w:b/>
                <w:spacing w:val="-7"/>
                <w:sz w:val="20"/>
                <w:u w:val="single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z w:val="20"/>
                <w:u w:val="single"/>
                <w:lang w:val="it-IT"/>
              </w:rPr>
              <w:t>CUI</w:t>
            </w:r>
            <w:r w:rsidRPr="00B42464">
              <w:rPr>
                <w:rFonts w:ascii="Times New Roman" w:eastAsia="Times New Roman" w:hAnsi="Times New Roman" w:cs="Times New Roman"/>
                <w:b/>
                <w:spacing w:val="-7"/>
                <w:sz w:val="20"/>
                <w:u w:val="single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z w:val="20"/>
                <w:u w:val="single"/>
                <w:lang w:val="it-IT"/>
              </w:rPr>
              <w:t>SI</w:t>
            </w:r>
            <w:r w:rsidRPr="00B42464">
              <w:rPr>
                <w:rFonts w:ascii="Times New Roman" w:eastAsia="Times New Roman" w:hAnsi="Times New Roman" w:cs="Times New Roman"/>
                <w:b/>
                <w:spacing w:val="-8"/>
                <w:sz w:val="20"/>
                <w:u w:val="single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pacing w:val="-2"/>
                <w:sz w:val="20"/>
                <w:u w:val="single"/>
                <w:lang w:val="it-IT"/>
              </w:rPr>
              <w:t>CONCORRE</w:t>
            </w:r>
          </w:p>
        </w:tc>
        <w:tc>
          <w:tcPr>
            <w:tcW w:w="1397" w:type="dxa"/>
          </w:tcPr>
          <w:p w14:paraId="2B90C3EA" w14:textId="77777777" w:rsidR="00B42464" w:rsidRPr="00B42464" w:rsidRDefault="00B42464" w:rsidP="00B42464">
            <w:pPr>
              <w:spacing w:after="0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</w:p>
        </w:tc>
        <w:tc>
          <w:tcPr>
            <w:tcW w:w="1561" w:type="dxa"/>
          </w:tcPr>
          <w:p w14:paraId="6BB8BBA0" w14:textId="77777777" w:rsidR="00B42464" w:rsidRPr="00B42464" w:rsidRDefault="00B42464" w:rsidP="00B42464">
            <w:pPr>
              <w:spacing w:after="0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</w:p>
        </w:tc>
        <w:tc>
          <w:tcPr>
            <w:tcW w:w="1544" w:type="dxa"/>
          </w:tcPr>
          <w:p w14:paraId="2902DE3D" w14:textId="77777777" w:rsidR="00B42464" w:rsidRPr="00B42464" w:rsidRDefault="00B42464" w:rsidP="00B42464">
            <w:pPr>
              <w:spacing w:after="0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</w:p>
        </w:tc>
      </w:tr>
      <w:tr w:rsidR="00B42464" w:rsidRPr="00B42464" w14:paraId="0C8EE113" w14:textId="77777777" w:rsidTr="00DD45EE">
        <w:trPr>
          <w:trHeight w:val="1380"/>
        </w:trPr>
        <w:tc>
          <w:tcPr>
            <w:tcW w:w="3203" w:type="dxa"/>
          </w:tcPr>
          <w:p w14:paraId="285A6BE2" w14:textId="77777777" w:rsidR="00B42464" w:rsidRPr="00B42464" w:rsidRDefault="00B42464" w:rsidP="00B42464">
            <w:pPr>
              <w:spacing w:after="0"/>
              <w:ind w:left="107" w:right="345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C1. ESPERIENZE DI TUTOR D’AULA/DIDATTICO</w:t>
            </w:r>
            <w:r w:rsidRPr="00B42464">
              <w:rPr>
                <w:rFonts w:ascii="Times New Roman" w:eastAsia="Times New Roman" w:hAnsi="Times New Roman" w:cs="Times New Roman"/>
                <w:b/>
                <w:spacing w:val="-13"/>
                <w:sz w:val="20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(min.</w:t>
            </w:r>
            <w:r w:rsidRPr="00B42464">
              <w:rPr>
                <w:rFonts w:ascii="Times New Roman" w:eastAsia="Times New Roman" w:hAnsi="Times New Roman" w:cs="Times New Roman"/>
                <w:b/>
                <w:spacing w:val="-12"/>
                <w:sz w:val="20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20 ore) NEI PROGETTI FINANZIATI DAL FONDO SOCIALE EUROPEO (PON –</w:t>
            </w:r>
          </w:p>
          <w:p w14:paraId="2FE97646" w14:textId="77777777" w:rsidR="00B42464" w:rsidRPr="00B42464" w:rsidRDefault="00B42464" w:rsidP="00B42464">
            <w:pPr>
              <w:spacing w:after="0" w:line="210" w:lineRule="exact"/>
              <w:ind w:left="107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POR-</w:t>
            </w:r>
            <w:r w:rsidRPr="00B42464">
              <w:rPr>
                <w:rFonts w:ascii="Times New Roman" w:eastAsia="Times New Roman" w:hAnsi="Times New Roman" w:cs="Times New Roman"/>
                <w:b/>
                <w:spacing w:val="-5"/>
                <w:sz w:val="20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PNRR</w:t>
            </w:r>
            <w:r w:rsidRPr="00B42464">
              <w:rPr>
                <w:rFonts w:ascii="Times New Roman" w:eastAsia="Times New Roman" w:hAnsi="Times New Roman" w:cs="Times New Roman"/>
                <w:b/>
                <w:spacing w:val="-5"/>
                <w:sz w:val="20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it-IT"/>
              </w:rPr>
              <w:t>ETC.)</w:t>
            </w:r>
          </w:p>
        </w:tc>
        <w:tc>
          <w:tcPr>
            <w:tcW w:w="1092" w:type="dxa"/>
          </w:tcPr>
          <w:p w14:paraId="2A6B259C" w14:textId="77777777" w:rsidR="00B42464" w:rsidRPr="00B42464" w:rsidRDefault="00B42464" w:rsidP="00B42464">
            <w:pPr>
              <w:spacing w:after="0"/>
              <w:rPr>
                <w:rFonts w:eastAsia="Times New Roman" w:hAnsi="Times New Roman" w:cs="Times New Roman"/>
                <w:b/>
                <w:sz w:val="20"/>
                <w:lang w:val="it-IT"/>
              </w:rPr>
            </w:pPr>
          </w:p>
          <w:p w14:paraId="6B8EA4C4" w14:textId="77777777" w:rsidR="00B42464" w:rsidRPr="00B42464" w:rsidRDefault="00B42464" w:rsidP="00B42464">
            <w:pPr>
              <w:spacing w:before="113" w:after="0"/>
              <w:rPr>
                <w:rFonts w:eastAsia="Times New Roman" w:hAnsi="Times New Roman" w:cs="Times New Roman"/>
                <w:b/>
                <w:sz w:val="20"/>
                <w:lang w:val="it-IT"/>
              </w:rPr>
            </w:pPr>
          </w:p>
          <w:p w14:paraId="5A53DDE6" w14:textId="2B9BDB58" w:rsidR="00B42464" w:rsidRPr="00B42464" w:rsidRDefault="00B42464" w:rsidP="00B42464">
            <w:pPr>
              <w:spacing w:before="1" w:after="0"/>
              <w:ind w:left="107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  <w:r w:rsidRPr="00B42464">
              <w:rPr>
                <w:rFonts w:ascii="Times New Roman" w:eastAsia="Times New Roman" w:hAnsi="Times New Roman" w:cs="Times New Roman"/>
                <w:sz w:val="20"/>
                <w:lang w:val="it-IT"/>
              </w:rPr>
              <w:t>Max</w:t>
            </w:r>
            <w:r w:rsidRPr="00B42464">
              <w:rPr>
                <w:rFonts w:ascii="Times New Roman" w:eastAsia="Times New Roman" w:hAnsi="Times New Roman" w:cs="Times New Roman"/>
                <w:spacing w:val="-3"/>
                <w:sz w:val="20"/>
                <w:lang w:val="it-IT"/>
              </w:rPr>
              <w:t xml:space="preserve"> </w:t>
            </w:r>
            <w:r w:rsidR="0079341C">
              <w:rPr>
                <w:rFonts w:ascii="Times New Roman" w:eastAsia="Times New Roman" w:hAnsi="Times New Roman" w:cs="Times New Roman"/>
                <w:spacing w:val="-5"/>
                <w:sz w:val="20"/>
                <w:lang w:val="it-IT"/>
              </w:rPr>
              <w:t>12</w:t>
            </w:r>
          </w:p>
        </w:tc>
        <w:tc>
          <w:tcPr>
            <w:tcW w:w="1090" w:type="dxa"/>
          </w:tcPr>
          <w:p w14:paraId="5E74B391" w14:textId="77777777" w:rsidR="00B42464" w:rsidRPr="00B42464" w:rsidRDefault="00B42464" w:rsidP="00B42464">
            <w:pPr>
              <w:spacing w:before="228" w:after="0"/>
              <w:rPr>
                <w:rFonts w:eastAsia="Times New Roman" w:hAnsi="Times New Roman" w:cs="Times New Roman"/>
                <w:b/>
                <w:sz w:val="20"/>
                <w:lang w:val="it-IT"/>
              </w:rPr>
            </w:pPr>
          </w:p>
          <w:p w14:paraId="3E19BAE9" w14:textId="77777777" w:rsidR="00B42464" w:rsidRPr="00B42464" w:rsidRDefault="00B42464" w:rsidP="00B42464">
            <w:pPr>
              <w:spacing w:after="0"/>
              <w:ind w:left="104" w:right="313" w:firstLine="50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3</w:t>
            </w:r>
            <w:r w:rsidRPr="00B42464">
              <w:rPr>
                <w:rFonts w:ascii="Times New Roman" w:eastAsia="Times New Roman" w:hAnsi="Times New Roman" w:cs="Times New Roman"/>
                <w:b/>
                <w:spacing w:val="-13"/>
                <w:sz w:val="20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 xml:space="preserve">punti </w:t>
            </w:r>
            <w:r w:rsidRPr="00B42464">
              <w:rPr>
                <w:rFonts w:ascii="Times New Roman" w:eastAsia="Times New Roman" w:hAnsi="Times New Roman" w:cs="Times New Roman"/>
                <w:b/>
                <w:spacing w:val="-4"/>
                <w:sz w:val="20"/>
                <w:lang w:val="it-IT"/>
              </w:rPr>
              <w:t>cad.</w:t>
            </w:r>
          </w:p>
        </w:tc>
        <w:tc>
          <w:tcPr>
            <w:tcW w:w="1397" w:type="dxa"/>
          </w:tcPr>
          <w:p w14:paraId="7C24526F" w14:textId="77777777" w:rsidR="00B42464" w:rsidRPr="00B42464" w:rsidRDefault="00B42464" w:rsidP="00B42464">
            <w:pPr>
              <w:spacing w:after="0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</w:p>
        </w:tc>
        <w:tc>
          <w:tcPr>
            <w:tcW w:w="1561" w:type="dxa"/>
          </w:tcPr>
          <w:p w14:paraId="187B6BB4" w14:textId="77777777" w:rsidR="00B42464" w:rsidRPr="00B42464" w:rsidRDefault="00B42464" w:rsidP="00B42464">
            <w:pPr>
              <w:spacing w:after="0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</w:p>
        </w:tc>
        <w:tc>
          <w:tcPr>
            <w:tcW w:w="1544" w:type="dxa"/>
          </w:tcPr>
          <w:p w14:paraId="51DFAA23" w14:textId="77777777" w:rsidR="00B42464" w:rsidRPr="00B42464" w:rsidRDefault="00B42464" w:rsidP="00B42464">
            <w:pPr>
              <w:spacing w:after="0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</w:p>
        </w:tc>
      </w:tr>
      <w:tr w:rsidR="00B42464" w:rsidRPr="00B42464" w14:paraId="3087CFC6" w14:textId="77777777" w:rsidTr="00DD45EE">
        <w:trPr>
          <w:trHeight w:val="1018"/>
        </w:trPr>
        <w:tc>
          <w:tcPr>
            <w:tcW w:w="3203" w:type="dxa"/>
          </w:tcPr>
          <w:p w14:paraId="605D6001" w14:textId="77777777" w:rsidR="00B42464" w:rsidRPr="00B42464" w:rsidRDefault="00B42464" w:rsidP="00B42464">
            <w:pPr>
              <w:spacing w:after="0"/>
              <w:ind w:left="107" w:right="345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C2. ESPERIENZE DI FACILITATORE</w:t>
            </w:r>
            <w:r w:rsidRPr="00B42464">
              <w:rPr>
                <w:rFonts w:ascii="Times New Roman" w:eastAsia="Times New Roman" w:hAnsi="Times New Roman" w:cs="Times New Roman"/>
                <w:b/>
                <w:spacing w:val="-6"/>
                <w:sz w:val="20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(min.</w:t>
            </w:r>
            <w:r w:rsidRPr="00B42464">
              <w:rPr>
                <w:rFonts w:ascii="Times New Roman" w:eastAsia="Times New Roman" w:hAnsi="Times New Roman" w:cs="Times New Roman"/>
                <w:b/>
                <w:spacing w:val="-6"/>
                <w:sz w:val="20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20</w:t>
            </w:r>
            <w:r w:rsidRPr="00B42464">
              <w:rPr>
                <w:rFonts w:ascii="Times New Roman" w:eastAsia="Times New Roman" w:hAnsi="Times New Roman" w:cs="Times New Roman"/>
                <w:b/>
                <w:spacing w:val="-6"/>
                <w:sz w:val="20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ore) NEI</w:t>
            </w:r>
            <w:r w:rsidRPr="00B42464">
              <w:rPr>
                <w:rFonts w:ascii="Times New Roman" w:eastAsia="Times New Roman" w:hAnsi="Times New Roman" w:cs="Times New Roman"/>
                <w:b/>
                <w:spacing w:val="-8"/>
                <w:sz w:val="20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PROGETTI</w:t>
            </w:r>
            <w:r w:rsidRPr="00B42464">
              <w:rPr>
                <w:rFonts w:ascii="Times New Roman" w:eastAsia="Times New Roman" w:hAnsi="Times New Roman" w:cs="Times New Roman"/>
                <w:b/>
                <w:spacing w:val="-8"/>
                <w:sz w:val="20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it-IT"/>
              </w:rPr>
              <w:t>FINANZIATI</w:t>
            </w:r>
          </w:p>
          <w:p w14:paraId="7938F8DA" w14:textId="77777777" w:rsidR="00B42464" w:rsidRPr="00B42464" w:rsidRDefault="00B42464" w:rsidP="00B42464">
            <w:pPr>
              <w:spacing w:after="0" w:line="209" w:lineRule="exact"/>
              <w:ind w:left="107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DAL</w:t>
            </w:r>
            <w:r w:rsidRPr="00B42464">
              <w:rPr>
                <w:rFonts w:ascii="Times New Roman" w:eastAsia="Times New Roman" w:hAnsi="Times New Roman" w:cs="Times New Roman"/>
                <w:b/>
                <w:spacing w:val="-7"/>
                <w:sz w:val="20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FONDO</w:t>
            </w:r>
            <w:r w:rsidRPr="00B42464">
              <w:rPr>
                <w:rFonts w:ascii="Times New Roman" w:eastAsia="Times New Roman" w:hAnsi="Times New Roman" w:cs="Times New Roman"/>
                <w:b/>
                <w:spacing w:val="-5"/>
                <w:sz w:val="20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it-IT"/>
              </w:rPr>
              <w:t>SOCIALE</w:t>
            </w:r>
          </w:p>
        </w:tc>
        <w:tc>
          <w:tcPr>
            <w:tcW w:w="1092" w:type="dxa"/>
          </w:tcPr>
          <w:p w14:paraId="19AFB204" w14:textId="77777777" w:rsidR="00B42464" w:rsidRPr="00B42464" w:rsidRDefault="00B42464" w:rsidP="00B42464">
            <w:pPr>
              <w:spacing w:before="228" w:after="0"/>
              <w:rPr>
                <w:rFonts w:eastAsia="Times New Roman" w:hAnsi="Times New Roman" w:cs="Times New Roman"/>
                <w:b/>
                <w:sz w:val="20"/>
                <w:lang w:val="it-IT"/>
              </w:rPr>
            </w:pPr>
          </w:p>
          <w:p w14:paraId="044D0FCF" w14:textId="77777777" w:rsidR="00B42464" w:rsidRPr="00B42464" w:rsidRDefault="00B42464" w:rsidP="00B42464">
            <w:pPr>
              <w:spacing w:after="0"/>
              <w:ind w:left="107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  <w:r w:rsidRPr="00B42464">
              <w:rPr>
                <w:rFonts w:ascii="Times New Roman" w:eastAsia="Times New Roman" w:hAnsi="Times New Roman" w:cs="Times New Roman"/>
                <w:sz w:val="20"/>
                <w:lang w:val="it-IT"/>
              </w:rPr>
              <w:t>Max</w:t>
            </w:r>
            <w:r w:rsidRPr="00B42464">
              <w:rPr>
                <w:rFonts w:ascii="Times New Roman" w:eastAsia="Times New Roman" w:hAnsi="Times New Roman" w:cs="Times New Roman"/>
                <w:spacing w:val="-3"/>
                <w:sz w:val="20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spacing w:val="-5"/>
                <w:sz w:val="20"/>
                <w:lang w:val="it-IT"/>
              </w:rPr>
              <w:t>10</w:t>
            </w:r>
          </w:p>
        </w:tc>
        <w:tc>
          <w:tcPr>
            <w:tcW w:w="1090" w:type="dxa"/>
          </w:tcPr>
          <w:p w14:paraId="1B642F33" w14:textId="77777777" w:rsidR="00B42464" w:rsidRPr="00B42464" w:rsidRDefault="00B42464" w:rsidP="00B42464">
            <w:pPr>
              <w:spacing w:after="0"/>
              <w:rPr>
                <w:rFonts w:eastAsia="Times New Roman" w:hAnsi="Times New Roman" w:cs="Times New Roman"/>
                <w:b/>
                <w:sz w:val="20"/>
                <w:lang w:val="it-IT"/>
              </w:rPr>
            </w:pPr>
          </w:p>
          <w:p w14:paraId="6D737770" w14:textId="77777777" w:rsidR="00B42464" w:rsidRPr="00B42464" w:rsidRDefault="00B42464" w:rsidP="00B42464">
            <w:pPr>
              <w:spacing w:after="0"/>
              <w:ind w:left="104" w:right="363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2</w:t>
            </w:r>
            <w:r w:rsidRPr="00B42464">
              <w:rPr>
                <w:rFonts w:ascii="Times New Roman" w:eastAsia="Times New Roman" w:hAnsi="Times New Roman" w:cs="Times New Roman"/>
                <w:b/>
                <w:spacing w:val="-13"/>
                <w:sz w:val="20"/>
                <w:lang w:val="it-IT"/>
              </w:rPr>
              <w:t xml:space="preserve"> </w:t>
            </w:r>
            <w:r w:rsidRPr="00B42464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 xml:space="preserve">punti </w:t>
            </w:r>
            <w:r w:rsidRPr="00B42464">
              <w:rPr>
                <w:rFonts w:ascii="Times New Roman" w:eastAsia="Times New Roman" w:hAnsi="Times New Roman" w:cs="Times New Roman"/>
                <w:b/>
                <w:spacing w:val="-4"/>
                <w:sz w:val="20"/>
                <w:lang w:val="it-IT"/>
              </w:rPr>
              <w:t>cad.</w:t>
            </w:r>
          </w:p>
        </w:tc>
        <w:tc>
          <w:tcPr>
            <w:tcW w:w="1397" w:type="dxa"/>
          </w:tcPr>
          <w:p w14:paraId="01BA0192" w14:textId="77777777" w:rsidR="00B42464" w:rsidRPr="00B42464" w:rsidRDefault="00B42464" w:rsidP="00B42464">
            <w:pPr>
              <w:spacing w:after="0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</w:p>
        </w:tc>
        <w:tc>
          <w:tcPr>
            <w:tcW w:w="1561" w:type="dxa"/>
          </w:tcPr>
          <w:p w14:paraId="57DAF782" w14:textId="77777777" w:rsidR="00B42464" w:rsidRPr="00B42464" w:rsidRDefault="00B42464" w:rsidP="00B42464">
            <w:pPr>
              <w:spacing w:after="0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</w:p>
        </w:tc>
        <w:tc>
          <w:tcPr>
            <w:tcW w:w="1544" w:type="dxa"/>
          </w:tcPr>
          <w:p w14:paraId="06561C49" w14:textId="77777777" w:rsidR="00B42464" w:rsidRPr="00B42464" w:rsidRDefault="00B42464" w:rsidP="00B42464">
            <w:pPr>
              <w:spacing w:after="0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</w:p>
        </w:tc>
      </w:tr>
    </w:tbl>
    <w:p w14:paraId="68106492" w14:textId="77777777" w:rsidR="00CF0134" w:rsidRDefault="00CF0134"/>
    <w:p w14:paraId="10649329" w14:textId="77777777" w:rsidR="0057260D" w:rsidRDefault="0057260D"/>
    <w:p w14:paraId="72D8B354" w14:textId="77777777" w:rsidR="0057260D" w:rsidRPr="0057260D" w:rsidRDefault="0057260D" w:rsidP="0057260D">
      <w:proofErr w:type="spellStart"/>
      <w:r w:rsidRPr="0057260D">
        <w:t>Luogo</w:t>
      </w:r>
      <w:proofErr w:type="spellEnd"/>
      <w:r w:rsidRPr="0057260D">
        <w:t xml:space="preserve"> e data ____________________________       </w:t>
      </w:r>
      <w:proofErr w:type="spellStart"/>
      <w:r w:rsidRPr="0057260D">
        <w:t>Firma</w:t>
      </w:r>
      <w:proofErr w:type="spellEnd"/>
      <w:r w:rsidRPr="0057260D">
        <w:t xml:space="preserve"> _______________________________</w:t>
      </w:r>
    </w:p>
    <w:p w14:paraId="0B33FDA9" w14:textId="77777777" w:rsidR="0057260D" w:rsidRDefault="0057260D"/>
    <w:sectPr w:rsidR="0057260D" w:rsidSect="00034616">
      <w:footerReference w:type="default" r:id="rId8"/>
      <w:pgSz w:w="11906" w:h="16838"/>
      <w:pgMar w:top="737" w:right="680" w:bottom="1304" w:left="680" w:header="72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02CDF" w14:textId="77777777" w:rsidR="00017ED0" w:rsidRDefault="00017ED0">
      <w:pPr>
        <w:spacing w:after="0" w:line="240" w:lineRule="auto"/>
      </w:pPr>
      <w:r>
        <w:separator/>
      </w:r>
    </w:p>
  </w:endnote>
  <w:endnote w:type="continuationSeparator" w:id="0">
    <w:p w14:paraId="75635E9A" w14:textId="77777777" w:rsidR="00017ED0" w:rsidRDefault="00017E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BADE7" w14:textId="77777777" w:rsidR="00F16AA4" w:rsidRDefault="004F18E7">
    <w:pPr>
      <w:pStyle w:val="Pidipagina"/>
      <w:jc w:val="center"/>
    </w:pPr>
    <w:r>
      <w:rPr>
        <w:noProof/>
      </w:rPr>
      <w:drawing>
        <wp:inline distT="0" distB="0" distL="0" distR="0" wp14:anchorId="783F9DD2" wp14:editId="3B966B77">
          <wp:extent cx="6156000" cy="46100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ner_modell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56000" cy="461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9A95E" w14:textId="77777777" w:rsidR="00017ED0" w:rsidRDefault="00017ED0">
      <w:pPr>
        <w:spacing w:after="0" w:line="240" w:lineRule="auto"/>
      </w:pPr>
      <w:r>
        <w:separator/>
      </w:r>
    </w:p>
  </w:footnote>
  <w:footnote w:type="continuationSeparator" w:id="0">
    <w:p w14:paraId="5659A830" w14:textId="77777777" w:rsidR="00017ED0" w:rsidRDefault="00017E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0981D46"/>
    <w:multiLevelType w:val="hybridMultilevel"/>
    <w:tmpl w:val="8A66F3A2"/>
    <w:lvl w:ilvl="0" w:tplc="2454192E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01E0B3E">
      <w:numFmt w:val="bullet"/>
      <w:lvlText w:val="•"/>
      <w:lvlJc w:val="left"/>
      <w:pPr>
        <w:ind w:left="1725" w:hanging="360"/>
      </w:pPr>
      <w:rPr>
        <w:rFonts w:hint="default"/>
        <w:lang w:val="it-IT" w:eastAsia="en-US" w:bidi="ar-SA"/>
      </w:rPr>
    </w:lvl>
    <w:lvl w:ilvl="2" w:tplc="BFB2A6A4">
      <w:numFmt w:val="bullet"/>
      <w:lvlText w:val="•"/>
      <w:lvlJc w:val="left"/>
      <w:pPr>
        <w:ind w:left="2631" w:hanging="360"/>
      </w:pPr>
      <w:rPr>
        <w:rFonts w:hint="default"/>
        <w:lang w:val="it-IT" w:eastAsia="en-US" w:bidi="ar-SA"/>
      </w:rPr>
    </w:lvl>
    <w:lvl w:ilvl="3" w:tplc="71820B0E">
      <w:numFmt w:val="bullet"/>
      <w:lvlText w:val="•"/>
      <w:lvlJc w:val="left"/>
      <w:pPr>
        <w:ind w:left="3537" w:hanging="360"/>
      </w:pPr>
      <w:rPr>
        <w:rFonts w:hint="default"/>
        <w:lang w:val="it-IT" w:eastAsia="en-US" w:bidi="ar-SA"/>
      </w:rPr>
    </w:lvl>
    <w:lvl w:ilvl="4" w:tplc="891436D2">
      <w:numFmt w:val="bullet"/>
      <w:lvlText w:val="•"/>
      <w:lvlJc w:val="left"/>
      <w:pPr>
        <w:ind w:left="4442" w:hanging="360"/>
      </w:pPr>
      <w:rPr>
        <w:rFonts w:hint="default"/>
        <w:lang w:val="it-IT" w:eastAsia="en-US" w:bidi="ar-SA"/>
      </w:rPr>
    </w:lvl>
    <w:lvl w:ilvl="5" w:tplc="8BB29676">
      <w:numFmt w:val="bullet"/>
      <w:lvlText w:val="•"/>
      <w:lvlJc w:val="left"/>
      <w:pPr>
        <w:ind w:left="5348" w:hanging="360"/>
      </w:pPr>
      <w:rPr>
        <w:rFonts w:hint="default"/>
        <w:lang w:val="it-IT" w:eastAsia="en-US" w:bidi="ar-SA"/>
      </w:rPr>
    </w:lvl>
    <w:lvl w:ilvl="6" w:tplc="DAD2331C">
      <w:numFmt w:val="bullet"/>
      <w:lvlText w:val="•"/>
      <w:lvlJc w:val="left"/>
      <w:pPr>
        <w:ind w:left="6254" w:hanging="360"/>
      </w:pPr>
      <w:rPr>
        <w:rFonts w:hint="default"/>
        <w:lang w:val="it-IT" w:eastAsia="en-US" w:bidi="ar-SA"/>
      </w:rPr>
    </w:lvl>
    <w:lvl w:ilvl="7" w:tplc="330009E8">
      <w:numFmt w:val="bullet"/>
      <w:lvlText w:val="•"/>
      <w:lvlJc w:val="left"/>
      <w:pPr>
        <w:ind w:left="7159" w:hanging="360"/>
      </w:pPr>
      <w:rPr>
        <w:rFonts w:hint="default"/>
        <w:lang w:val="it-IT" w:eastAsia="en-US" w:bidi="ar-SA"/>
      </w:rPr>
    </w:lvl>
    <w:lvl w:ilvl="8" w:tplc="64568BC4">
      <w:numFmt w:val="bullet"/>
      <w:lvlText w:val="•"/>
      <w:lvlJc w:val="left"/>
      <w:pPr>
        <w:ind w:left="8065" w:hanging="360"/>
      </w:pPr>
      <w:rPr>
        <w:rFonts w:hint="default"/>
        <w:lang w:val="it-IT" w:eastAsia="en-US" w:bidi="ar-SA"/>
      </w:rPr>
    </w:lvl>
  </w:abstractNum>
  <w:num w:numId="1" w16cid:durableId="322516978">
    <w:abstractNumId w:val="8"/>
  </w:num>
  <w:num w:numId="2" w16cid:durableId="276252663">
    <w:abstractNumId w:val="6"/>
  </w:num>
  <w:num w:numId="3" w16cid:durableId="76946743">
    <w:abstractNumId w:val="5"/>
  </w:num>
  <w:num w:numId="4" w16cid:durableId="786318805">
    <w:abstractNumId w:val="4"/>
  </w:num>
  <w:num w:numId="5" w16cid:durableId="1422530751">
    <w:abstractNumId w:val="7"/>
  </w:num>
  <w:num w:numId="6" w16cid:durableId="736779078">
    <w:abstractNumId w:val="3"/>
  </w:num>
  <w:num w:numId="7" w16cid:durableId="1338733844">
    <w:abstractNumId w:val="2"/>
  </w:num>
  <w:num w:numId="8" w16cid:durableId="1601177201">
    <w:abstractNumId w:val="1"/>
  </w:num>
  <w:num w:numId="9" w16cid:durableId="470903445">
    <w:abstractNumId w:val="0"/>
  </w:num>
  <w:num w:numId="10" w16cid:durableId="57208246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7ED0"/>
    <w:rsid w:val="00034616"/>
    <w:rsid w:val="0006063C"/>
    <w:rsid w:val="000B5C60"/>
    <w:rsid w:val="000F0F40"/>
    <w:rsid w:val="0015074B"/>
    <w:rsid w:val="0029639D"/>
    <w:rsid w:val="00326F90"/>
    <w:rsid w:val="003E5790"/>
    <w:rsid w:val="00474341"/>
    <w:rsid w:val="004F18E7"/>
    <w:rsid w:val="0057260D"/>
    <w:rsid w:val="00671E5C"/>
    <w:rsid w:val="0079341C"/>
    <w:rsid w:val="009E0F8F"/>
    <w:rsid w:val="00AA1D8D"/>
    <w:rsid w:val="00B42464"/>
    <w:rsid w:val="00B47730"/>
    <w:rsid w:val="00CB0664"/>
    <w:rsid w:val="00CF0134"/>
    <w:rsid w:val="00F16AA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A2B248"/>
  <w14:defaultImageDpi w14:val="300"/>
  <w15:docId w15:val="{C19DD28E-74F2-4E43-B752-5C35D9AC7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40"/>
    </w:pPr>
    <w:rPr>
      <w:rFonts w:ascii="Arial" w:hAnsi="Arial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spacing w:before="160" w:after="1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24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eNormal">
    <w:name w:val="Table Normal"/>
    <w:uiPriority w:val="2"/>
    <w:semiHidden/>
    <w:unhideWhenUsed/>
    <w:qFormat/>
    <w:rsid w:val="00B42464"/>
    <w:pPr>
      <w:widowControl w:val="0"/>
      <w:autoSpaceDE w:val="0"/>
      <w:autoSpaceDN w:val="0"/>
      <w:spacing w:after="0" w:line="240" w:lineRule="auto"/>
    </w:pPr>
    <w:rPr>
      <w:rFonts w:eastAsia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Paola Preside</cp:lastModifiedBy>
  <cp:revision>4</cp:revision>
  <dcterms:created xsi:type="dcterms:W3CDTF">2026-09-28T09:01:00Z</dcterms:created>
  <dcterms:modified xsi:type="dcterms:W3CDTF">2026-09-30T07:04:00Z</dcterms:modified>
  <cp:category/>
</cp:coreProperties>
</file>