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58B6D" w14:textId="77777777" w:rsidR="00122D42" w:rsidRDefault="00F53A20">
      <w:proofErr w:type="spellStart"/>
      <w:r>
        <w:rPr>
          <w:b/>
        </w:rPr>
        <w:t>Allegato</w:t>
      </w:r>
      <w:proofErr w:type="spellEnd"/>
      <w:r>
        <w:rPr>
          <w:b/>
        </w:rPr>
        <w:t xml:space="preserve"> A</w:t>
      </w:r>
    </w:p>
    <w:p w14:paraId="08D2B7E2" w14:textId="77777777" w:rsidR="00122D42" w:rsidRDefault="00F53A20">
      <w:pPr>
        <w:jc w:val="right"/>
      </w:pPr>
      <w:r>
        <w:t xml:space="preserve">Al </w:t>
      </w:r>
      <w:proofErr w:type="spellStart"/>
      <w:r>
        <w:t>Dirigente</w:t>
      </w:r>
      <w:proofErr w:type="spellEnd"/>
      <w:r>
        <w:t xml:space="preserve"> Scolastico</w:t>
      </w:r>
      <w:r>
        <w:br/>
        <w:t xml:space="preserve">del 2° </w:t>
      </w:r>
      <w:proofErr w:type="spellStart"/>
      <w:r>
        <w:t>Circolo</w:t>
      </w:r>
      <w:proofErr w:type="spellEnd"/>
      <w:r>
        <w:t xml:space="preserve"> </w:t>
      </w:r>
      <w:proofErr w:type="spellStart"/>
      <w:r>
        <w:t>Didattico</w:t>
      </w:r>
      <w:proofErr w:type="spellEnd"/>
      <w:r>
        <w:t xml:space="preserve"> Garibaldi</w:t>
      </w:r>
      <w:r>
        <w:br/>
        <w:t>di Altamura (BA)</w:t>
      </w:r>
    </w:p>
    <w:p w14:paraId="16E50011" w14:textId="77777777" w:rsidR="00122D42" w:rsidRDefault="00F53A20">
      <w:pPr>
        <w:jc w:val="center"/>
      </w:pPr>
      <w:r>
        <w:rPr>
          <w:b/>
        </w:rPr>
        <w:t xml:space="preserve">Titolo </w:t>
      </w:r>
      <w:proofErr w:type="spellStart"/>
      <w:r>
        <w:rPr>
          <w:b/>
        </w:rPr>
        <w:t>progetto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Competenze</w:t>
      </w:r>
      <w:proofErr w:type="spellEnd"/>
      <w:r>
        <w:rPr>
          <w:b/>
        </w:rPr>
        <w:t xml:space="preserve"> in azione: </w:t>
      </w:r>
      <w:proofErr w:type="spellStart"/>
      <w:r>
        <w:rPr>
          <w:b/>
        </w:rPr>
        <w:t>leggere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pensare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scoprire</w:t>
      </w:r>
      <w:proofErr w:type="spellEnd"/>
    </w:p>
    <w:p w14:paraId="0C024354" w14:textId="4DDDB79F" w:rsidR="00CE4190" w:rsidRDefault="00F53A20">
      <w:pPr>
        <w:jc w:val="center"/>
        <w:rPr>
          <w:b/>
        </w:rPr>
      </w:pPr>
      <w:proofErr w:type="spellStart"/>
      <w:r>
        <w:rPr>
          <w:b/>
        </w:rPr>
        <w:t>Codice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identificativo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progetto</w:t>
      </w:r>
      <w:proofErr w:type="spellEnd"/>
      <w:r>
        <w:rPr>
          <w:b/>
        </w:rPr>
        <w:t>: ESO4.</w:t>
      </w:r>
      <w:proofErr w:type="gramStart"/>
      <w:r>
        <w:rPr>
          <w:b/>
        </w:rPr>
        <w:t>6.A1.B</w:t>
      </w:r>
      <w:proofErr w:type="gramEnd"/>
      <w:r>
        <w:rPr>
          <w:b/>
        </w:rPr>
        <w:t xml:space="preserve">-FSEPNPU-2026-567   </w:t>
      </w:r>
    </w:p>
    <w:p w14:paraId="6A405108" w14:textId="553FCF58" w:rsidR="00122D42" w:rsidRDefault="00F53A20">
      <w:pPr>
        <w:jc w:val="center"/>
      </w:pPr>
      <w:r>
        <w:rPr>
          <w:b/>
        </w:rPr>
        <w:t>CUP: B74D25004020007</w:t>
      </w:r>
    </w:p>
    <w:p w14:paraId="40719D56" w14:textId="77777777" w:rsidR="00122D42" w:rsidRDefault="00F53A20">
      <w:pPr>
        <w:jc w:val="center"/>
      </w:pPr>
      <w:proofErr w:type="spellStart"/>
      <w:r>
        <w:rPr>
          <w:b/>
        </w:rPr>
        <w:t>Domanda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partecipazione</w:t>
      </w:r>
      <w:proofErr w:type="spellEnd"/>
      <w:r>
        <w:rPr>
          <w:b/>
        </w:rPr>
        <w:t xml:space="preserve"> alla </w:t>
      </w:r>
      <w:proofErr w:type="spellStart"/>
      <w:r>
        <w:rPr>
          <w:b/>
        </w:rPr>
        <w:t>selezione</w:t>
      </w:r>
      <w:proofErr w:type="spellEnd"/>
      <w:r>
        <w:rPr>
          <w:b/>
        </w:rPr>
        <w:t xml:space="preserve"> TUTOR per il </w:t>
      </w:r>
      <w:proofErr w:type="spellStart"/>
      <w:r>
        <w:rPr>
          <w:b/>
        </w:rPr>
        <w:t>percorso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formativo</w:t>
      </w:r>
      <w:proofErr w:type="spellEnd"/>
    </w:p>
    <w:p w14:paraId="61ADC8A1" w14:textId="77777777" w:rsidR="00122D42" w:rsidRDefault="00F53A20"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_______________________________________________________________</w:t>
      </w:r>
    </w:p>
    <w:p w14:paraId="62F6A0E7" w14:textId="77777777" w:rsidR="00122D42" w:rsidRDefault="00F53A20">
      <w:proofErr w:type="spellStart"/>
      <w:r>
        <w:t>nato</w:t>
      </w:r>
      <w:proofErr w:type="spellEnd"/>
      <w:r>
        <w:t>/a a __________________________________________ il ______________________________</w:t>
      </w:r>
    </w:p>
    <w:p w14:paraId="2A87A4A5" w14:textId="77777777" w:rsidR="00122D42" w:rsidRDefault="00F53A20"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_____________________________________________________________________</w:t>
      </w:r>
    </w:p>
    <w:p w14:paraId="30C428E8" w14:textId="77777777" w:rsidR="00122D42" w:rsidRDefault="00F53A20">
      <w:proofErr w:type="spellStart"/>
      <w:r>
        <w:t>residente</w:t>
      </w:r>
      <w:proofErr w:type="spellEnd"/>
      <w:r>
        <w:t xml:space="preserve"> a ______________________________ via _______________________________________</w:t>
      </w:r>
    </w:p>
    <w:p w14:paraId="70621363" w14:textId="77777777" w:rsidR="00122D42" w:rsidRDefault="00F53A20">
      <w:proofErr w:type="spellStart"/>
      <w:r>
        <w:t>recapito</w:t>
      </w:r>
      <w:proofErr w:type="spellEnd"/>
      <w:r>
        <w:t xml:space="preserve"> tel. ____________________________ </w:t>
      </w:r>
      <w:proofErr w:type="spellStart"/>
      <w:r>
        <w:t>recapito</w:t>
      </w:r>
      <w:proofErr w:type="spellEnd"/>
      <w:r>
        <w:t xml:space="preserve"> cell. _____________________________</w:t>
      </w:r>
    </w:p>
    <w:p w14:paraId="7D8EA543" w14:textId="77777777" w:rsidR="00122D42" w:rsidRDefault="00F53A20">
      <w:proofErr w:type="spellStart"/>
      <w:r>
        <w:t>indirizzo</w:t>
      </w:r>
      <w:proofErr w:type="spellEnd"/>
      <w:r>
        <w:t xml:space="preserve"> e-mail ___________________________________________________________________</w:t>
      </w:r>
    </w:p>
    <w:p w14:paraId="6466F58C" w14:textId="77777777" w:rsidR="00122D42" w:rsidRDefault="00F53A20">
      <w:r>
        <w:t xml:space="preserve">in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______________________________ con la </w:t>
      </w:r>
      <w:proofErr w:type="spellStart"/>
      <w:r>
        <w:t>qualifica</w:t>
      </w:r>
      <w:proofErr w:type="spellEnd"/>
      <w:r>
        <w:t xml:space="preserve"> di __________________</w:t>
      </w:r>
    </w:p>
    <w:p w14:paraId="5CE6DF96" w14:textId="77777777" w:rsidR="00122D42" w:rsidRDefault="00F53A20">
      <w:pPr>
        <w:jc w:val="center"/>
      </w:pPr>
      <w:r>
        <w:rPr>
          <w:b/>
        </w:rPr>
        <w:t>CHIEDE</w:t>
      </w:r>
    </w:p>
    <w:p w14:paraId="201C74A1" w14:textId="77777777" w:rsidR="00122D42" w:rsidRDefault="00F53A20">
      <w:r>
        <w:t xml:space="preserve">di </w:t>
      </w:r>
      <w:proofErr w:type="spellStart"/>
      <w:r>
        <w:t>partecipare</w:t>
      </w:r>
      <w:proofErr w:type="spellEnd"/>
      <w:r>
        <w:t xml:space="preserve"> alla </w:t>
      </w:r>
      <w:proofErr w:type="spellStart"/>
      <w:r>
        <w:t>selezione</w:t>
      </w:r>
      <w:proofErr w:type="spellEnd"/>
      <w:r>
        <w:t xml:space="preserve"> per </w:t>
      </w:r>
      <w:proofErr w:type="spellStart"/>
      <w:r>
        <w:t>l’attribuzione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 di TUTOR </w:t>
      </w:r>
      <w:proofErr w:type="spellStart"/>
      <w:r>
        <w:t>nei</w:t>
      </w:r>
      <w:proofErr w:type="spellEnd"/>
      <w:r>
        <w:t xml:space="preserve"> moduli sotto </w:t>
      </w:r>
      <w:proofErr w:type="spellStart"/>
      <w:r>
        <w:t>indicati</w:t>
      </w:r>
      <w:proofErr w:type="spellEnd"/>
      <w:r>
        <w:t xml:space="preserve"> (</w:t>
      </w:r>
      <w:proofErr w:type="spellStart"/>
      <w:r>
        <w:t>inserire</w:t>
      </w:r>
      <w:proofErr w:type="spellEnd"/>
      <w:r>
        <w:t xml:space="preserve"> </w:t>
      </w:r>
      <w:proofErr w:type="spellStart"/>
      <w:r>
        <w:t>l’ordine</w:t>
      </w:r>
      <w:proofErr w:type="spellEnd"/>
      <w:r>
        <w:t xml:space="preserve"> di </w:t>
      </w:r>
      <w:proofErr w:type="spellStart"/>
      <w:r>
        <w:t>preferenza</w:t>
      </w:r>
      <w:proofErr w:type="spellEnd"/>
      <w:r>
        <w:t>).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561"/>
        <w:gridCol w:w="1700"/>
        <w:gridCol w:w="1278"/>
        <w:gridCol w:w="992"/>
      </w:tblGrid>
      <w:tr w:rsidR="00CE4190" w:rsidRPr="00CE4190" w14:paraId="3A18CE84" w14:textId="77777777" w:rsidTr="00DD45EE">
        <w:trPr>
          <w:trHeight w:val="379"/>
        </w:trPr>
        <w:tc>
          <w:tcPr>
            <w:tcW w:w="2977" w:type="dxa"/>
            <w:shd w:val="clear" w:color="auto" w:fill="CCCCFF"/>
          </w:tcPr>
          <w:p w14:paraId="467C7475" w14:textId="77777777" w:rsidR="00CE4190" w:rsidRPr="00CE4190" w:rsidRDefault="00CE4190" w:rsidP="00CE4190">
            <w:pPr>
              <w:spacing w:before="97" w:after="0"/>
              <w:ind w:left="962"/>
              <w:rPr>
                <w:rFonts w:eastAsia="Times New Roman" w:hAnsi="Times New Roman" w:cs="Times New Roman"/>
                <w:b/>
                <w:sz w:val="16"/>
                <w:lang w:val="it-IT"/>
              </w:rPr>
            </w:pP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>Titolo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4"/>
                <w:sz w:val="16"/>
                <w:lang w:val="it-IT"/>
              </w:rPr>
              <w:t xml:space="preserve"> 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2"/>
                <w:sz w:val="16"/>
                <w:lang w:val="it-IT"/>
              </w:rPr>
              <w:t>Modulo</w:t>
            </w:r>
          </w:p>
        </w:tc>
        <w:tc>
          <w:tcPr>
            <w:tcW w:w="1277" w:type="dxa"/>
            <w:shd w:val="clear" w:color="auto" w:fill="CCCCFF"/>
          </w:tcPr>
          <w:p w14:paraId="2F8C8A51" w14:textId="77777777" w:rsidR="00CE4190" w:rsidRPr="00CE4190" w:rsidRDefault="00CE4190" w:rsidP="00CE4190">
            <w:pPr>
              <w:spacing w:after="0" w:line="180" w:lineRule="atLeast"/>
              <w:ind w:left="364" w:right="303" w:hanging="48"/>
              <w:rPr>
                <w:rFonts w:eastAsia="Times New Roman" w:hAnsi="Times New Roman" w:cs="Times New Roman"/>
                <w:b/>
                <w:sz w:val="16"/>
                <w:lang w:val="it-IT"/>
              </w:rPr>
            </w:pP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>Ruolo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12"/>
                <w:sz w:val="16"/>
                <w:lang w:val="it-IT"/>
              </w:rPr>
              <w:t xml:space="preserve"> </w:t>
            </w: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 xml:space="preserve">di 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2"/>
                <w:sz w:val="16"/>
                <w:lang w:val="it-IT"/>
              </w:rPr>
              <w:t>interno</w:t>
            </w:r>
          </w:p>
        </w:tc>
        <w:tc>
          <w:tcPr>
            <w:tcW w:w="1561" w:type="dxa"/>
            <w:shd w:val="clear" w:color="auto" w:fill="CCCCFF"/>
          </w:tcPr>
          <w:p w14:paraId="3DA308C9" w14:textId="77777777" w:rsidR="00CE4190" w:rsidRPr="00CE4190" w:rsidRDefault="00CE4190" w:rsidP="00CE4190">
            <w:pPr>
              <w:spacing w:after="0" w:line="180" w:lineRule="atLeast"/>
              <w:ind w:left="489" w:right="254" w:hanging="228"/>
              <w:rPr>
                <w:rFonts w:eastAsia="Times New Roman" w:hAnsi="Times New Roman" w:cs="Times New Roman"/>
                <w:b/>
                <w:sz w:val="16"/>
                <w:lang w:val="it-IT"/>
              </w:rPr>
            </w:pP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>Ruolo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12"/>
                <w:sz w:val="16"/>
                <w:lang w:val="it-IT"/>
              </w:rPr>
              <w:t xml:space="preserve"> </w:t>
            </w: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>di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11"/>
                <w:sz w:val="16"/>
                <w:lang w:val="it-IT"/>
              </w:rPr>
              <w:t xml:space="preserve"> </w:t>
            </w: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 xml:space="preserve">Coll. 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2"/>
                <w:sz w:val="16"/>
                <w:lang w:val="it-IT"/>
              </w:rPr>
              <w:t>plurima</w:t>
            </w:r>
          </w:p>
        </w:tc>
        <w:tc>
          <w:tcPr>
            <w:tcW w:w="1700" w:type="dxa"/>
            <w:shd w:val="clear" w:color="auto" w:fill="CCCCFF"/>
          </w:tcPr>
          <w:p w14:paraId="3294EC2D" w14:textId="77777777" w:rsidR="00CE4190" w:rsidRPr="00CE4190" w:rsidRDefault="00CE4190" w:rsidP="00CE4190">
            <w:pPr>
              <w:spacing w:after="0" w:line="180" w:lineRule="atLeast"/>
              <w:ind w:left="462" w:right="430" w:hanging="24"/>
              <w:rPr>
                <w:rFonts w:eastAsia="Times New Roman" w:hAnsi="Times New Roman" w:cs="Times New Roman"/>
                <w:b/>
                <w:sz w:val="16"/>
                <w:lang w:val="it-IT"/>
              </w:rPr>
            </w:pP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>Ruolo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12"/>
                <w:sz w:val="16"/>
                <w:lang w:val="it-IT"/>
              </w:rPr>
              <w:t xml:space="preserve"> </w:t>
            </w:r>
            <w:r w:rsidRPr="00CE4190">
              <w:rPr>
                <w:rFonts w:eastAsia="Times New Roman" w:hAnsi="Times New Roman" w:cs="Times New Roman"/>
                <w:b/>
                <w:color w:val="333333"/>
                <w:sz w:val="16"/>
                <w:lang w:val="it-IT"/>
              </w:rPr>
              <w:t xml:space="preserve">Lav. </w:t>
            </w:r>
            <w:r w:rsidRPr="00CE4190">
              <w:rPr>
                <w:rFonts w:eastAsia="Times New Roman" w:hAnsi="Times New Roman" w:cs="Times New Roman"/>
                <w:b/>
                <w:color w:val="333333"/>
                <w:spacing w:val="-2"/>
                <w:sz w:val="16"/>
                <w:lang w:val="it-IT"/>
              </w:rPr>
              <w:t>autonomo</w:t>
            </w:r>
          </w:p>
        </w:tc>
        <w:tc>
          <w:tcPr>
            <w:tcW w:w="1278" w:type="dxa"/>
            <w:shd w:val="clear" w:color="auto" w:fill="CCCCFF"/>
          </w:tcPr>
          <w:p w14:paraId="16353612" w14:textId="77777777" w:rsidR="00CE4190" w:rsidRPr="00CE4190" w:rsidRDefault="00CE4190" w:rsidP="00CE4190">
            <w:pPr>
              <w:spacing w:before="1" w:after="0"/>
              <w:ind w:left="305"/>
              <w:rPr>
                <w:rFonts w:eastAsia="Times New Roman" w:cs="Times New Roman"/>
                <w:b/>
                <w:sz w:val="16"/>
                <w:lang w:val="it-IT"/>
              </w:rPr>
            </w:pPr>
            <w:r w:rsidRPr="00CE4190">
              <w:rPr>
                <w:rFonts w:eastAsia="Times New Roman" w:cs="Times New Roman"/>
                <w:b/>
                <w:color w:val="333333"/>
                <w:sz w:val="16"/>
                <w:lang w:val="it-IT"/>
              </w:rPr>
              <w:t>N° di</w:t>
            </w:r>
            <w:r w:rsidRPr="00CE4190">
              <w:rPr>
                <w:rFonts w:eastAsia="Times New Roman" w:cs="Times New Roman"/>
                <w:b/>
                <w:color w:val="333333"/>
                <w:spacing w:val="-1"/>
                <w:sz w:val="16"/>
                <w:lang w:val="it-IT"/>
              </w:rPr>
              <w:t xml:space="preserve"> </w:t>
            </w:r>
            <w:r w:rsidRPr="00CE4190">
              <w:rPr>
                <w:rFonts w:eastAsia="Times New Roman" w:cs="Times New Roman"/>
                <w:b/>
                <w:color w:val="333333"/>
                <w:spacing w:val="-5"/>
                <w:sz w:val="16"/>
                <w:lang w:val="it-IT"/>
              </w:rPr>
              <w:t>ore</w:t>
            </w:r>
          </w:p>
        </w:tc>
        <w:tc>
          <w:tcPr>
            <w:tcW w:w="992" w:type="dxa"/>
            <w:shd w:val="clear" w:color="auto" w:fill="CCCCFF"/>
          </w:tcPr>
          <w:p w14:paraId="1267FB1A" w14:textId="77777777" w:rsidR="00CE4190" w:rsidRPr="00CE4190" w:rsidRDefault="00CE4190" w:rsidP="00CE4190">
            <w:pPr>
              <w:spacing w:before="1" w:after="0"/>
              <w:ind w:left="84"/>
              <w:rPr>
                <w:rFonts w:eastAsia="Times New Roman" w:hAnsi="Times New Roman" w:cs="Times New Roman"/>
                <w:b/>
                <w:sz w:val="16"/>
                <w:lang w:val="it-IT"/>
              </w:rPr>
            </w:pPr>
            <w:r w:rsidRPr="00CE4190">
              <w:rPr>
                <w:rFonts w:eastAsia="Times New Roman" w:hAnsi="Times New Roman" w:cs="Times New Roman"/>
                <w:b/>
                <w:color w:val="333333"/>
                <w:spacing w:val="-2"/>
                <w:sz w:val="16"/>
                <w:lang w:val="it-IT"/>
              </w:rPr>
              <w:t>Preferenza</w:t>
            </w:r>
          </w:p>
        </w:tc>
      </w:tr>
      <w:tr w:rsidR="00CE4190" w:rsidRPr="00CE4190" w14:paraId="530DD8FF" w14:textId="77777777" w:rsidTr="00DD45EE">
        <w:trPr>
          <w:trHeight w:val="383"/>
        </w:trPr>
        <w:tc>
          <w:tcPr>
            <w:tcW w:w="2977" w:type="dxa"/>
          </w:tcPr>
          <w:p w14:paraId="64B76F06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6C2B278C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4E99150D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61C982D7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0AAD5A42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376C5BE3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</w:tr>
      <w:tr w:rsidR="00CE4190" w:rsidRPr="00CE4190" w14:paraId="25B7A8CC" w14:textId="77777777" w:rsidTr="00DD45EE">
        <w:trPr>
          <w:trHeight w:val="386"/>
        </w:trPr>
        <w:tc>
          <w:tcPr>
            <w:tcW w:w="2977" w:type="dxa"/>
          </w:tcPr>
          <w:p w14:paraId="554A9E0E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2A9E5CBF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1858E72D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25A97062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70491A91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3F8D2B01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</w:tr>
      <w:tr w:rsidR="00CE4190" w:rsidRPr="00CE4190" w14:paraId="11FD7E93" w14:textId="77777777" w:rsidTr="00DD45EE">
        <w:trPr>
          <w:trHeight w:val="385"/>
        </w:trPr>
        <w:tc>
          <w:tcPr>
            <w:tcW w:w="2977" w:type="dxa"/>
          </w:tcPr>
          <w:p w14:paraId="11D34F03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728AE2B4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55281192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7D36E361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3DBDFC2C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3C7FE83F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</w:tr>
      <w:tr w:rsidR="00CE4190" w:rsidRPr="00CE4190" w14:paraId="3818BC22" w14:textId="77777777" w:rsidTr="00DD45EE">
        <w:trPr>
          <w:trHeight w:val="383"/>
        </w:trPr>
        <w:tc>
          <w:tcPr>
            <w:tcW w:w="2977" w:type="dxa"/>
          </w:tcPr>
          <w:p w14:paraId="44ED7E08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6608CE53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7AE022AF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039FA04B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1DD51585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12A7529B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</w:tr>
      <w:tr w:rsidR="00CE4190" w:rsidRPr="00CE4190" w14:paraId="2BBB7570" w14:textId="77777777" w:rsidTr="00DD45EE">
        <w:trPr>
          <w:trHeight w:val="385"/>
        </w:trPr>
        <w:tc>
          <w:tcPr>
            <w:tcW w:w="2977" w:type="dxa"/>
          </w:tcPr>
          <w:p w14:paraId="27F62431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7" w:type="dxa"/>
          </w:tcPr>
          <w:p w14:paraId="28D73C5A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561" w:type="dxa"/>
          </w:tcPr>
          <w:p w14:paraId="64330649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700" w:type="dxa"/>
          </w:tcPr>
          <w:p w14:paraId="14850433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1278" w:type="dxa"/>
          </w:tcPr>
          <w:p w14:paraId="4DFEDEA9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992" w:type="dxa"/>
          </w:tcPr>
          <w:p w14:paraId="45B0D3D5" w14:textId="77777777" w:rsidR="00CE4190" w:rsidRPr="00CE4190" w:rsidRDefault="00CE4190" w:rsidP="00CE4190">
            <w:pPr>
              <w:spacing w:after="0"/>
              <w:rPr>
                <w:rFonts w:ascii="Times New Roman" w:eastAsia="Times New Roman" w:hAnsi="Times New Roman" w:cs="Times New Roman"/>
                <w:sz w:val="18"/>
                <w:lang w:val="it-IT"/>
              </w:rPr>
            </w:pPr>
          </w:p>
        </w:tc>
      </w:tr>
    </w:tbl>
    <w:p w14:paraId="43AF29AE" w14:textId="77777777" w:rsidR="00CE4190" w:rsidRDefault="00CE4190"/>
    <w:p w14:paraId="37B373D8" w14:textId="77777777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ind w:left="246" w:right="245"/>
        <w:jc w:val="center"/>
        <w:rPr>
          <w:rFonts w:eastAsia="Times New Roman" w:cs="Times New Roman"/>
          <w:b/>
          <w:i/>
          <w:sz w:val="18"/>
          <w:lang w:val="it-IT"/>
        </w:rPr>
      </w:pP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(N.B.: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BARRARE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LA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CASELLA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DEL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RUOLO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PER</w:t>
      </w:r>
      <w:r w:rsidRPr="00CE4190">
        <w:rPr>
          <w:rFonts w:eastAsia="Times New Roman" w:cs="Times New Roman"/>
          <w:b/>
          <w:i/>
          <w:spacing w:val="-4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INDICARE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LA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SCELTA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ED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ESPRIMERE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LA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PREFERENZA</w:t>
      </w:r>
      <w:r w:rsidRPr="00CE4190">
        <w:rPr>
          <w:rFonts w:eastAsia="Times New Roman" w:cs="Times New Roman"/>
          <w:b/>
          <w:i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PER</w:t>
      </w:r>
      <w:r w:rsidRPr="00CE4190">
        <w:rPr>
          <w:rFonts w:eastAsia="Times New Roman" w:cs="Times New Roman"/>
          <w:b/>
          <w:i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u w:val="single"/>
          <w:lang w:val="it-IT"/>
        </w:rPr>
        <w:t>OGNI MODULO SCELTO – IN CASO DI UN'UNICA SCELTA INDICARE “1”</w:t>
      </w:r>
    </w:p>
    <w:p w14:paraId="7A6FEE85" w14:textId="77777777" w:rsidR="00CE4190" w:rsidRPr="00CE4190" w:rsidRDefault="00CE4190" w:rsidP="00CE4190">
      <w:pPr>
        <w:widowControl w:val="0"/>
        <w:autoSpaceDE w:val="0"/>
        <w:autoSpaceDN w:val="0"/>
        <w:spacing w:before="1" w:after="0" w:line="240" w:lineRule="auto"/>
        <w:rPr>
          <w:rFonts w:eastAsia="Times New Roman" w:hAnsi="Times New Roman" w:cs="Times New Roman"/>
          <w:b/>
          <w:i/>
          <w:sz w:val="18"/>
          <w:szCs w:val="24"/>
          <w:lang w:val="it-IT"/>
        </w:rPr>
      </w:pPr>
    </w:p>
    <w:p w14:paraId="331E6857" w14:textId="77777777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ind w:left="143" w:right="1858"/>
        <w:rPr>
          <w:rFonts w:ascii="Arial MT" w:eastAsia="Times New Roman" w:hAnsi="Arial MT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A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tal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fine,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consapevole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della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responsabilità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penale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e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della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decadenza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da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eventuali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benefici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 xml:space="preserve">acquisiti nel caso di dichiarazioni mendaci, </w:t>
      </w:r>
      <w:r w:rsidRPr="00CE4190">
        <w:rPr>
          <w:rFonts w:eastAsia="Times New Roman" w:cs="Times New Roman"/>
          <w:b/>
          <w:sz w:val="18"/>
          <w:lang w:val="it-IT"/>
        </w:rPr>
        <w:t xml:space="preserve">dichiara </w:t>
      </w:r>
      <w:r w:rsidRPr="00CE4190">
        <w:rPr>
          <w:rFonts w:ascii="Arial MT" w:eastAsia="Times New Roman" w:hAnsi="Arial MT" w:cs="Times New Roman"/>
          <w:sz w:val="18"/>
          <w:lang w:val="it-IT"/>
        </w:rPr>
        <w:t>sotto la propria responsabilità quanto segue:</w:t>
      </w:r>
    </w:p>
    <w:p w14:paraId="3095AD8B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after="0" w:line="206" w:lineRule="exact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aver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preso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visione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delle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condizioni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previste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dal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>bando</w:t>
      </w:r>
    </w:p>
    <w:p w14:paraId="792F8276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before="2" w:after="0" w:line="240" w:lineRule="auto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essere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in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godimento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diritti</w:t>
      </w:r>
      <w:r w:rsidRPr="00CE4190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politici</w:t>
      </w:r>
    </w:p>
    <w:p w14:paraId="2EACE852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Times New Roman" w:hAnsi="Wingdings" w:cs="Times New Roman"/>
          <w:sz w:val="20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non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aver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subito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condanne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penali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ovvero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avere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seguenti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provvedimenti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penali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pendenti:</w:t>
      </w:r>
    </w:p>
    <w:p w14:paraId="3A596A94" w14:textId="77777777" w:rsidR="00CE4190" w:rsidRPr="00CE4190" w:rsidRDefault="00CE4190" w:rsidP="00CE4190">
      <w:pPr>
        <w:widowControl w:val="0"/>
        <w:autoSpaceDE w:val="0"/>
        <w:autoSpaceDN w:val="0"/>
        <w:spacing w:before="8" w:after="0" w:line="240" w:lineRule="auto"/>
        <w:rPr>
          <w:rFonts w:ascii="Arial MT" w:eastAsia="Times New Roman" w:hAnsi="Times New Roman" w:cs="Times New Roman"/>
          <w:sz w:val="16"/>
          <w:szCs w:val="24"/>
          <w:lang w:val="it-IT"/>
        </w:rPr>
      </w:pPr>
      <w:r w:rsidRPr="00CE4190">
        <w:rPr>
          <w:rFonts w:ascii="Arial MT" w:eastAsia="Times New Roman" w:hAnsi="Times New Roman" w:cs="Times New Roman"/>
          <w:noProof/>
          <w:sz w:val="16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88070F" wp14:editId="7683B166">
                <wp:simplePos x="0" y="0"/>
                <wp:positionH relativeFrom="page">
                  <wp:posOffset>859840</wp:posOffset>
                </wp:positionH>
                <wp:positionV relativeFrom="paragraph">
                  <wp:posOffset>137635</wp:posOffset>
                </wp:positionV>
                <wp:extent cx="43745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4515">
                              <a:moveTo>
                                <a:pt x="0" y="0"/>
                              </a:moveTo>
                              <a:lnTo>
                                <a:pt x="437423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8A133" id="Graphic 5" o:spid="_x0000_s1026" style="position:absolute;margin-left:67.7pt;margin-top:10.85pt;width:344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4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" path="m,l4374239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135A92F9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Times New Roman" w:hAnsi="Wingdings" w:cs="Times New Roman"/>
          <w:sz w:val="20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non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avere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procedimenti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penali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pendenti,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ovvero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avere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seguenti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procedimenti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penali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pendenti</w:t>
      </w:r>
    </w:p>
    <w:p w14:paraId="14C520D1" w14:textId="77777777" w:rsidR="00CE4190" w:rsidRPr="00CE4190" w:rsidRDefault="00CE4190" w:rsidP="00CE4190">
      <w:pPr>
        <w:widowControl w:val="0"/>
        <w:autoSpaceDE w:val="0"/>
        <w:autoSpaceDN w:val="0"/>
        <w:spacing w:before="9" w:after="0" w:line="240" w:lineRule="auto"/>
        <w:rPr>
          <w:rFonts w:ascii="Arial MT" w:eastAsia="Times New Roman" w:hAnsi="Times New Roman" w:cs="Times New Roman"/>
          <w:sz w:val="16"/>
          <w:szCs w:val="24"/>
          <w:lang w:val="it-IT"/>
        </w:rPr>
      </w:pPr>
      <w:r w:rsidRPr="00CE4190">
        <w:rPr>
          <w:rFonts w:ascii="Arial MT" w:eastAsia="Times New Roman" w:hAnsi="Times New Roman" w:cs="Times New Roman"/>
          <w:noProof/>
          <w:sz w:val="16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53985EC" wp14:editId="7AD38FEA">
                <wp:simplePos x="0" y="0"/>
                <wp:positionH relativeFrom="page">
                  <wp:posOffset>859840</wp:posOffset>
                </wp:positionH>
                <wp:positionV relativeFrom="paragraph">
                  <wp:posOffset>137861</wp:posOffset>
                </wp:positionV>
                <wp:extent cx="46577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E722C" id="Graphic 6" o:spid="_x0000_s1026" style="position:absolute;margin-left:67.7pt;margin-top:10.85pt;width:36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iFA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988BAE7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before="3" w:after="0" w:line="207" w:lineRule="exact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impegnarsi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documentare</w:t>
      </w:r>
      <w:r w:rsidRPr="00CE4190">
        <w:rPr>
          <w:rFonts w:ascii="Arial MT" w:eastAsia="Times New Roman" w:hAnsi="Arial MT" w:cs="Times New Roman"/>
          <w:spacing w:val="-6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puntualmente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tutta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l’attività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svolta</w:t>
      </w:r>
    </w:p>
    <w:p w14:paraId="3D772CF9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6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essere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disponibile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ad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adattarsi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al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calendario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definito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dal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Gruppo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Operativo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Piano</w:t>
      </w:r>
    </w:p>
    <w:p w14:paraId="20052C5E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before="84" w:after="0" w:line="240" w:lineRule="auto"/>
        <w:ind w:left="863" w:hanging="359"/>
        <w:rPr>
          <w:rFonts w:ascii="Wingdings" w:eastAsia="Times New Roman" w:hAnsi="Wingdings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non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essere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in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alcuna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delle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condizioni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incompatibilità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con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l’incarico</w:t>
      </w:r>
      <w:r w:rsidRPr="00CE4190">
        <w:rPr>
          <w:rFonts w:ascii="Arial MT" w:eastAsia="Times New Roman" w:hAnsi="Arial MT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previsti</w:t>
      </w:r>
      <w:r w:rsidRPr="00CE4190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dalla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norma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vigente</w:t>
      </w:r>
    </w:p>
    <w:p w14:paraId="0183D8CF" w14:textId="77777777" w:rsidR="00CE4190" w:rsidRPr="00CE4190" w:rsidRDefault="00CE4190" w:rsidP="00CE4190">
      <w:pPr>
        <w:widowControl w:val="0"/>
        <w:numPr>
          <w:ilvl w:val="0"/>
          <w:numId w:val="11"/>
        </w:numPr>
        <w:tabs>
          <w:tab w:val="left" w:pos="863"/>
        </w:tabs>
        <w:autoSpaceDE w:val="0"/>
        <w:autoSpaceDN w:val="0"/>
        <w:spacing w:after="0" w:line="240" w:lineRule="auto"/>
        <w:ind w:left="863" w:hanging="359"/>
        <w:rPr>
          <w:rFonts w:ascii="Wingdings" w:eastAsia="Times New Roman" w:hAnsi="Wingdings" w:cs="Times New Roman"/>
          <w:sz w:val="20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avere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la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competenza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informatica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l’uso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della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piattaforma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on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line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“Gestione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progetti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PON</w:t>
      </w:r>
      <w:r w:rsidRPr="00CE4190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scuola”</w:t>
      </w:r>
    </w:p>
    <w:p w14:paraId="3A213BB1" w14:textId="77777777" w:rsidR="00CE4190" w:rsidRPr="00CE4190" w:rsidRDefault="00CE4190" w:rsidP="00CE4190">
      <w:pPr>
        <w:widowControl w:val="0"/>
        <w:autoSpaceDE w:val="0"/>
        <w:autoSpaceDN w:val="0"/>
        <w:spacing w:before="39" w:after="0" w:line="240" w:lineRule="auto"/>
        <w:rPr>
          <w:rFonts w:ascii="Arial MT" w:eastAsia="Times New Roman" w:hAnsi="Times New Roman" w:cs="Times New Roman"/>
          <w:sz w:val="18"/>
          <w:szCs w:val="24"/>
          <w:lang w:val="it-IT"/>
        </w:rPr>
      </w:pPr>
    </w:p>
    <w:p w14:paraId="27FBBB83" w14:textId="77777777" w:rsidR="00CE4190" w:rsidRPr="00CE4190" w:rsidRDefault="00CE4190" w:rsidP="00CE4190">
      <w:pPr>
        <w:widowControl w:val="0"/>
        <w:tabs>
          <w:tab w:val="left" w:pos="2232"/>
          <w:tab w:val="left" w:pos="7165"/>
        </w:tabs>
        <w:autoSpaceDE w:val="0"/>
        <w:autoSpaceDN w:val="0"/>
        <w:spacing w:after="0" w:line="240" w:lineRule="auto"/>
        <w:ind w:left="143"/>
        <w:rPr>
          <w:rFonts w:ascii="Times New Roman" w:eastAsia="Times New Roman" w:hAnsi="Times New Roman" w:cs="Times New Roman"/>
          <w:sz w:val="18"/>
          <w:lang w:val="it-IT"/>
        </w:rPr>
      </w:pPr>
      <w:r w:rsidRPr="00CE4190">
        <w:rPr>
          <w:rFonts w:ascii="Times New Roman" w:eastAsia="Times New Roman" w:hAnsi="Times New Roman" w:cs="Times New Roman"/>
          <w:spacing w:val="-4"/>
          <w:sz w:val="18"/>
          <w:lang w:val="it-IT"/>
        </w:rPr>
        <w:t>Data</w:t>
      </w:r>
      <w:r w:rsidRPr="00CE4190">
        <w:rPr>
          <w:rFonts w:ascii="Times New Roman" w:eastAsia="Times New Roman" w:hAnsi="Times New Roman" w:cs="Times New Roman"/>
          <w:sz w:val="18"/>
          <w:u w:val="single"/>
          <w:lang w:val="it-IT"/>
        </w:rPr>
        <w:tab/>
      </w:r>
      <w:r w:rsidRPr="00CE4190">
        <w:rPr>
          <w:rFonts w:ascii="Times New Roman" w:eastAsia="Times New Roman" w:hAnsi="Times New Roman" w:cs="Times New Roman"/>
          <w:spacing w:val="-4"/>
          <w:sz w:val="18"/>
          <w:lang w:val="it-IT"/>
        </w:rPr>
        <w:t>firma</w:t>
      </w:r>
      <w:r w:rsidRPr="00CE4190">
        <w:rPr>
          <w:rFonts w:ascii="Times New Roman" w:eastAsia="Times New Roman" w:hAnsi="Times New Roman" w:cs="Times New Roman"/>
          <w:sz w:val="18"/>
          <w:u w:val="single"/>
          <w:lang w:val="it-IT"/>
        </w:rPr>
        <w:tab/>
      </w:r>
    </w:p>
    <w:p w14:paraId="7F555718" w14:textId="77777777" w:rsidR="00CE4190" w:rsidRPr="00CE4190" w:rsidRDefault="00CE4190" w:rsidP="00CE4190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sz w:val="18"/>
          <w:szCs w:val="24"/>
          <w:lang w:val="it-IT"/>
        </w:rPr>
      </w:pPr>
    </w:p>
    <w:p w14:paraId="458A98D9" w14:textId="77777777" w:rsidR="00CE4190" w:rsidRDefault="00CE4190" w:rsidP="00CE4190">
      <w:pPr>
        <w:widowControl w:val="0"/>
        <w:autoSpaceDE w:val="0"/>
        <w:autoSpaceDN w:val="0"/>
        <w:spacing w:after="0" w:line="240" w:lineRule="auto"/>
        <w:ind w:left="143"/>
        <w:rPr>
          <w:rFonts w:ascii="Arial MT" w:eastAsia="Times New Roman" w:hAnsi="Times New Roman" w:cs="Times New Roman"/>
          <w:sz w:val="18"/>
          <w:lang w:val="it-IT"/>
        </w:rPr>
      </w:pPr>
    </w:p>
    <w:p w14:paraId="0D091A5B" w14:textId="77777777" w:rsidR="00CE4190" w:rsidRDefault="00CE4190" w:rsidP="00CE4190">
      <w:pPr>
        <w:widowControl w:val="0"/>
        <w:autoSpaceDE w:val="0"/>
        <w:autoSpaceDN w:val="0"/>
        <w:spacing w:after="0" w:line="240" w:lineRule="auto"/>
        <w:ind w:left="143"/>
        <w:rPr>
          <w:rFonts w:ascii="Arial MT" w:eastAsia="Times New Roman" w:hAnsi="Times New Roman" w:cs="Times New Roman"/>
          <w:sz w:val="18"/>
          <w:lang w:val="it-IT"/>
        </w:rPr>
      </w:pPr>
    </w:p>
    <w:p w14:paraId="3632C86D" w14:textId="77777777" w:rsidR="00CE4190" w:rsidRDefault="00CE4190" w:rsidP="00CE4190">
      <w:pPr>
        <w:widowControl w:val="0"/>
        <w:autoSpaceDE w:val="0"/>
        <w:autoSpaceDN w:val="0"/>
        <w:spacing w:after="0" w:line="240" w:lineRule="auto"/>
        <w:ind w:left="143"/>
        <w:rPr>
          <w:rFonts w:ascii="Arial MT" w:eastAsia="Times New Roman" w:hAnsi="Times New Roman" w:cs="Times New Roman"/>
          <w:sz w:val="18"/>
          <w:lang w:val="it-IT"/>
        </w:rPr>
      </w:pPr>
    </w:p>
    <w:p w14:paraId="07FB3101" w14:textId="3144C47D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ind w:left="143"/>
        <w:rPr>
          <w:rFonts w:ascii="Arial MT" w:eastAsia="Times New Roman" w:hAnsi="Times New Roman" w:cs="Times New Roman"/>
          <w:sz w:val="18"/>
          <w:lang w:val="it-IT"/>
        </w:rPr>
      </w:pPr>
      <w:r w:rsidRPr="00CE4190">
        <w:rPr>
          <w:rFonts w:ascii="Arial MT" w:eastAsia="Times New Roman" w:hAnsi="Times New Roman" w:cs="Times New Roman"/>
          <w:sz w:val="18"/>
          <w:lang w:val="it-IT"/>
        </w:rPr>
        <w:t>Si</w:t>
      </w:r>
      <w:r w:rsidRPr="00CE4190">
        <w:rPr>
          <w:rFonts w:ascii="Arial MT" w:eastAsia="Times New Roman" w:hAnsi="Times New Roman" w:cs="Times New Roman"/>
          <w:spacing w:val="-2"/>
          <w:sz w:val="18"/>
          <w:lang w:val="it-IT"/>
        </w:rPr>
        <w:t xml:space="preserve"> </w:t>
      </w:r>
      <w:r w:rsidRPr="00CE4190">
        <w:rPr>
          <w:rFonts w:ascii="Arial MT" w:eastAsia="Times New Roman" w:hAnsi="Times New Roman" w:cs="Times New Roman"/>
          <w:sz w:val="18"/>
          <w:lang w:val="it-IT"/>
        </w:rPr>
        <w:t>allega</w:t>
      </w:r>
      <w:r w:rsidRPr="00CE4190">
        <w:rPr>
          <w:rFonts w:ascii="Arial MT" w:eastAsia="Times New Roman" w:hAnsi="Times New Roman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Times New Roman" w:cs="Times New Roman"/>
          <w:sz w:val="18"/>
          <w:lang w:val="it-IT"/>
        </w:rPr>
        <w:t>alla</w:t>
      </w:r>
      <w:r w:rsidRPr="00CE4190">
        <w:rPr>
          <w:rFonts w:ascii="Arial MT" w:eastAsia="Times New Roman" w:hAnsi="Times New Roman" w:cs="Times New Roman"/>
          <w:spacing w:val="-1"/>
          <w:sz w:val="18"/>
          <w:lang w:val="it-IT"/>
        </w:rPr>
        <w:t xml:space="preserve"> </w:t>
      </w:r>
      <w:r w:rsidRPr="00CE4190">
        <w:rPr>
          <w:rFonts w:ascii="Arial MT" w:eastAsia="Times New Roman" w:hAnsi="Times New Roman" w:cs="Times New Roman"/>
          <w:spacing w:val="-2"/>
          <w:sz w:val="18"/>
          <w:lang w:val="it-IT"/>
        </w:rPr>
        <w:t>presente</w:t>
      </w:r>
    </w:p>
    <w:p w14:paraId="4A939B73" w14:textId="77777777" w:rsidR="00CE4190" w:rsidRPr="00CE4190" w:rsidRDefault="00CE4190" w:rsidP="00CE4190">
      <w:pPr>
        <w:widowControl w:val="0"/>
        <w:autoSpaceDE w:val="0"/>
        <w:autoSpaceDN w:val="0"/>
        <w:spacing w:before="20" w:after="0" w:line="240" w:lineRule="auto"/>
        <w:rPr>
          <w:rFonts w:ascii="Arial MT" w:eastAsia="Times New Roman" w:hAnsi="Times New Roman" w:cs="Times New Roman"/>
          <w:sz w:val="18"/>
          <w:szCs w:val="24"/>
          <w:lang w:val="it-IT"/>
        </w:rPr>
      </w:pPr>
    </w:p>
    <w:p w14:paraId="1BBF6B70" w14:textId="77777777" w:rsidR="00CE4190" w:rsidRPr="00CE4190" w:rsidRDefault="00CE4190" w:rsidP="00CE4190">
      <w:pPr>
        <w:widowControl w:val="0"/>
        <w:numPr>
          <w:ilvl w:val="0"/>
          <w:numId w:val="10"/>
        </w:numPr>
        <w:tabs>
          <w:tab w:val="left" w:pos="623"/>
        </w:tabs>
        <w:autoSpaceDE w:val="0"/>
        <w:autoSpaceDN w:val="0"/>
        <w:spacing w:before="1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Documento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identità</w:t>
      </w:r>
      <w:r w:rsidRPr="00CE4190">
        <w:rPr>
          <w:rFonts w:ascii="Arial MT" w:eastAsia="Times New Roman" w:hAnsi="Arial MT" w:cs="Times New Roman"/>
          <w:spacing w:val="-1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in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fotocopia</w:t>
      </w:r>
    </w:p>
    <w:p w14:paraId="1989674E" w14:textId="77777777" w:rsidR="00CE4190" w:rsidRPr="00CE4190" w:rsidRDefault="00CE4190" w:rsidP="00CE4190">
      <w:pPr>
        <w:widowControl w:val="0"/>
        <w:numPr>
          <w:ilvl w:val="0"/>
          <w:numId w:val="10"/>
        </w:numPr>
        <w:tabs>
          <w:tab w:val="left" w:pos="623"/>
        </w:tabs>
        <w:autoSpaceDE w:val="0"/>
        <w:autoSpaceDN w:val="0"/>
        <w:spacing w:before="18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Allegato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B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(griglia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di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valutazione)</w:t>
      </w:r>
    </w:p>
    <w:p w14:paraId="474CD6FB" w14:textId="77777777" w:rsidR="00CE4190" w:rsidRPr="00CE4190" w:rsidRDefault="00CE4190" w:rsidP="00CE4190">
      <w:pPr>
        <w:widowControl w:val="0"/>
        <w:numPr>
          <w:ilvl w:val="0"/>
          <w:numId w:val="10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Curriculum</w:t>
      </w:r>
      <w:r w:rsidRPr="00CE4190">
        <w:rPr>
          <w:rFonts w:ascii="Arial MT" w:eastAsia="Times New Roman" w:hAnsi="Arial MT" w:cs="Times New Roman"/>
          <w:spacing w:val="-8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Vitae in formato europeo</w:t>
      </w:r>
    </w:p>
    <w:p w14:paraId="69E02523" w14:textId="77777777" w:rsidR="00CE4190" w:rsidRPr="00CE4190" w:rsidRDefault="00CE4190" w:rsidP="00CE4190">
      <w:pPr>
        <w:widowControl w:val="0"/>
        <w:numPr>
          <w:ilvl w:val="0"/>
          <w:numId w:val="10"/>
        </w:numPr>
        <w:tabs>
          <w:tab w:val="left" w:pos="623"/>
        </w:tabs>
        <w:autoSpaceDE w:val="0"/>
        <w:autoSpaceDN w:val="0"/>
        <w:spacing w:before="19" w:after="0" w:line="240" w:lineRule="auto"/>
        <w:ind w:left="623" w:hanging="480"/>
        <w:rPr>
          <w:rFonts w:ascii="Arial MT" w:eastAsia="Times New Roman" w:hAnsi="Arial MT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Dichiarazione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inesistenza</w:t>
      </w:r>
      <w:r w:rsidRPr="00CE4190">
        <w:rPr>
          <w:rFonts w:ascii="Arial MT" w:eastAsia="Times New Roman" w:hAnsi="Arial MT" w:cs="Times New Roman"/>
          <w:spacing w:val="-6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z w:val="18"/>
          <w:lang w:val="it-IT"/>
        </w:rPr>
        <w:t>cause</w:t>
      </w:r>
      <w:r w:rsidRPr="00CE4190">
        <w:rPr>
          <w:rFonts w:ascii="Arial MT" w:eastAsia="Times New Roman" w:hAnsi="Arial MT" w:cs="Times New Roman"/>
          <w:spacing w:val="-3"/>
          <w:sz w:val="18"/>
          <w:lang w:val="it-IT"/>
        </w:rPr>
        <w:t xml:space="preserve"> </w:t>
      </w:r>
      <w:r w:rsidRPr="00CE4190">
        <w:rPr>
          <w:rFonts w:ascii="Arial MT" w:eastAsia="Times New Roman" w:hAnsi="Arial MT" w:cs="Times New Roman"/>
          <w:spacing w:val="-2"/>
          <w:sz w:val="18"/>
          <w:lang w:val="it-IT"/>
        </w:rPr>
        <w:t>ostative</w:t>
      </w:r>
    </w:p>
    <w:p w14:paraId="56FD9444" w14:textId="77777777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rPr>
          <w:rFonts w:ascii="Arial MT" w:eastAsia="Times New Roman" w:hAnsi="Times New Roman" w:cs="Times New Roman"/>
          <w:sz w:val="18"/>
          <w:szCs w:val="24"/>
          <w:lang w:val="it-IT"/>
        </w:rPr>
      </w:pPr>
    </w:p>
    <w:p w14:paraId="592DEBC3" w14:textId="77777777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rPr>
          <w:rFonts w:ascii="Arial MT" w:eastAsia="Times New Roman" w:hAnsi="Times New Roman" w:cs="Times New Roman"/>
          <w:sz w:val="18"/>
          <w:szCs w:val="24"/>
          <w:lang w:val="it-IT"/>
        </w:rPr>
      </w:pPr>
    </w:p>
    <w:p w14:paraId="24420B65" w14:textId="77777777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 w:cs="Times New Roman"/>
          <w:b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>N.B.:</w:t>
      </w:r>
      <w:r w:rsidRPr="00CE4190">
        <w:rPr>
          <w:rFonts w:ascii="Arial MT" w:eastAsia="Times New Roman" w:hAnsi="Arial MT" w:cs="Times New Roman"/>
          <w:spacing w:val="-4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La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domanda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priva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degli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allegati</w:t>
      </w:r>
      <w:r w:rsidRPr="00CE4190">
        <w:rPr>
          <w:rFonts w:eastAsia="Times New Roman" w:cs="Times New Roman"/>
          <w:b/>
          <w:spacing w:val="-3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e</w:t>
      </w:r>
      <w:r w:rsidRPr="00CE4190">
        <w:rPr>
          <w:rFonts w:eastAsia="Times New Roman" w:cs="Times New Roman"/>
          <w:b/>
          <w:spacing w:val="-4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non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firmati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non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verrà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presa</w:t>
      </w:r>
      <w:r w:rsidRPr="00CE4190">
        <w:rPr>
          <w:rFonts w:eastAsia="Times New Roman" w:cs="Times New Roman"/>
          <w:b/>
          <w:spacing w:val="-4"/>
          <w:sz w:val="18"/>
          <w:u w:val="single"/>
          <w:lang w:val="it-IT"/>
        </w:rPr>
        <w:t xml:space="preserve"> </w:t>
      </w:r>
      <w:r w:rsidRPr="00CE4190">
        <w:rPr>
          <w:rFonts w:eastAsia="Times New Roman" w:cs="Times New Roman"/>
          <w:b/>
          <w:sz w:val="18"/>
          <w:u w:val="single"/>
          <w:lang w:val="it-IT"/>
        </w:rPr>
        <w:t>in</w:t>
      </w:r>
      <w:r w:rsidRPr="00CE4190">
        <w:rPr>
          <w:rFonts w:eastAsia="Times New Roman" w:cs="Times New Roman"/>
          <w:b/>
          <w:spacing w:val="-2"/>
          <w:sz w:val="18"/>
          <w:u w:val="single"/>
          <w:lang w:val="it-IT"/>
        </w:rPr>
        <w:t xml:space="preserve"> considerazione</w:t>
      </w:r>
    </w:p>
    <w:p w14:paraId="14BBF53D" w14:textId="77777777" w:rsidR="00CE4190" w:rsidRPr="00CE4190" w:rsidRDefault="00CE4190" w:rsidP="00CE4190">
      <w:pPr>
        <w:widowControl w:val="0"/>
        <w:autoSpaceDE w:val="0"/>
        <w:autoSpaceDN w:val="0"/>
        <w:spacing w:before="200" w:after="0" w:line="240" w:lineRule="auto"/>
        <w:rPr>
          <w:rFonts w:eastAsia="Times New Roman" w:hAnsi="Times New Roman" w:cs="Times New Roman"/>
          <w:b/>
          <w:sz w:val="18"/>
          <w:szCs w:val="24"/>
          <w:lang w:val="it-IT"/>
        </w:rPr>
      </w:pPr>
    </w:p>
    <w:p w14:paraId="09BBECF2" w14:textId="77777777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ind w:left="246" w:right="245"/>
        <w:jc w:val="center"/>
        <w:rPr>
          <w:rFonts w:eastAsia="Times New Roman" w:hAnsi="Times New Roman" w:cs="Times New Roman"/>
          <w:b/>
          <w:sz w:val="18"/>
          <w:lang w:val="it-IT"/>
        </w:rPr>
      </w:pPr>
      <w:r w:rsidRPr="00CE4190">
        <w:rPr>
          <w:rFonts w:eastAsia="Times New Roman" w:hAnsi="Times New Roman" w:cs="Times New Roman"/>
          <w:b/>
          <w:sz w:val="18"/>
          <w:lang w:val="it-IT"/>
        </w:rPr>
        <w:t>DICHIARAZIONI</w:t>
      </w:r>
      <w:r w:rsidRPr="00CE4190">
        <w:rPr>
          <w:rFonts w:eastAsia="Times New Roman" w:hAnsi="Times New Roman" w:cs="Times New Roman"/>
          <w:b/>
          <w:spacing w:val="-9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spacing w:val="-2"/>
          <w:sz w:val="18"/>
          <w:lang w:val="it-IT"/>
        </w:rPr>
        <w:t>AGGIUNTIVE</w:t>
      </w:r>
    </w:p>
    <w:p w14:paraId="097DB3D8" w14:textId="77777777" w:rsidR="00CE4190" w:rsidRPr="00CE4190" w:rsidRDefault="00CE4190" w:rsidP="00CE4190">
      <w:pPr>
        <w:widowControl w:val="0"/>
        <w:autoSpaceDE w:val="0"/>
        <w:autoSpaceDN w:val="0"/>
        <w:spacing w:before="199" w:after="0" w:line="207" w:lineRule="exact"/>
        <w:ind w:left="143"/>
        <w:jc w:val="both"/>
        <w:rPr>
          <w:rFonts w:eastAsia="Times New Roman" w:hAnsi="Times New Roman" w:cs="Times New Roman"/>
          <w:b/>
          <w:i/>
          <w:sz w:val="18"/>
          <w:lang w:val="it-IT"/>
        </w:rPr>
      </w:pPr>
      <w:r w:rsidRPr="00CE4190">
        <w:rPr>
          <w:rFonts w:eastAsia="Times New Roman" w:hAnsi="Times New Roman" w:cs="Times New Roman"/>
          <w:b/>
          <w:i/>
          <w:sz w:val="18"/>
          <w:lang w:val="it-IT"/>
        </w:rPr>
        <w:t>Il/la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sottoscritto/a,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AI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SENSI</w:t>
      </w:r>
      <w:r w:rsidRPr="00CE4190">
        <w:rPr>
          <w:rFonts w:eastAsia="Times New Roman" w:hAnsi="Times New Roman" w:cs="Times New Roman"/>
          <w:b/>
          <w:i/>
          <w:spacing w:val="-7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DEGLI</w:t>
      </w:r>
      <w:r w:rsidRPr="00CE4190">
        <w:rPr>
          <w:rFonts w:eastAsia="Times New Roman" w:hAnsi="Times New Roman" w:cs="Times New Roman"/>
          <w:b/>
          <w:i/>
          <w:spacing w:val="-1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ART.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46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E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47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DEL</w:t>
      </w:r>
      <w:r w:rsidRPr="00CE4190">
        <w:rPr>
          <w:rFonts w:eastAsia="Times New Roman" w:hAnsi="Times New Roman" w:cs="Times New Roman"/>
          <w:b/>
          <w:i/>
          <w:spacing w:val="-1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DPR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28.12.2000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N.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445,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z w:val="18"/>
          <w:lang w:val="it-IT"/>
        </w:rPr>
        <w:t>CONSAPEVOLE</w:t>
      </w:r>
      <w:r w:rsidRPr="00CE4190">
        <w:rPr>
          <w:rFonts w:eastAsia="Times New Roman" w:hAnsi="Times New Roman" w:cs="Times New Roman"/>
          <w:b/>
          <w:i/>
          <w:spacing w:val="-1"/>
          <w:sz w:val="18"/>
          <w:lang w:val="it-IT"/>
        </w:rPr>
        <w:t xml:space="preserve"> </w:t>
      </w:r>
      <w:r w:rsidRPr="00CE4190">
        <w:rPr>
          <w:rFonts w:eastAsia="Times New Roman" w:hAnsi="Times New Roman" w:cs="Times New Roman"/>
          <w:b/>
          <w:i/>
          <w:spacing w:val="-2"/>
          <w:sz w:val="18"/>
          <w:lang w:val="it-IT"/>
        </w:rPr>
        <w:t>DELLA</w:t>
      </w:r>
    </w:p>
    <w:p w14:paraId="3669143A" w14:textId="77777777" w:rsidR="00CE4190" w:rsidRPr="00CE4190" w:rsidRDefault="00CE4190" w:rsidP="00CE4190">
      <w:pPr>
        <w:widowControl w:val="0"/>
        <w:autoSpaceDE w:val="0"/>
        <w:autoSpaceDN w:val="0"/>
        <w:spacing w:after="0" w:line="240" w:lineRule="auto"/>
        <w:ind w:left="143"/>
        <w:jc w:val="both"/>
        <w:rPr>
          <w:rFonts w:eastAsia="Times New Roman" w:cs="Times New Roman"/>
          <w:b/>
          <w:i/>
          <w:sz w:val="18"/>
          <w:lang w:val="it-IT"/>
        </w:rPr>
      </w:pPr>
      <w:r w:rsidRPr="00CE4190">
        <w:rPr>
          <w:rFonts w:eastAsia="Times New Roman" w:cs="Times New Roman"/>
          <w:b/>
          <w:i/>
          <w:sz w:val="18"/>
          <w:lang w:val="it-IT"/>
        </w:rPr>
        <w:t>RESPONSABILITA'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PENALE</w:t>
      </w:r>
      <w:r w:rsidRPr="00CE4190">
        <w:rPr>
          <w:rFonts w:eastAsia="Times New Roman" w:cs="Times New Roman"/>
          <w:b/>
          <w:i/>
          <w:spacing w:val="-1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CUI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PUO’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ANDARE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INCONTRO</w:t>
      </w:r>
      <w:r w:rsidRPr="00CE4190">
        <w:rPr>
          <w:rFonts w:eastAsia="Times New Roman" w:cs="Times New Roman"/>
          <w:b/>
          <w:i/>
          <w:spacing w:val="-5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IN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CASO</w:t>
      </w:r>
      <w:r w:rsidRPr="00CE4190">
        <w:rPr>
          <w:rFonts w:eastAsia="Times New Roman" w:cs="Times New Roman"/>
          <w:b/>
          <w:i/>
          <w:spacing w:val="-4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DI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AFFERMAZIONI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MENDACI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AI</w:t>
      </w:r>
      <w:r w:rsidRPr="00CE4190">
        <w:rPr>
          <w:rFonts w:eastAsia="Times New Roman" w:cs="Times New Roman"/>
          <w:b/>
          <w:i/>
          <w:spacing w:val="-3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SENSI DELL'ART. 76 DEL MEDESIMO DPR 445/2000 DICHIARA</w:t>
      </w:r>
      <w:r w:rsidRPr="00CE4190">
        <w:rPr>
          <w:rFonts w:eastAsia="Times New Roman" w:cs="Times New Roman"/>
          <w:b/>
          <w:i/>
          <w:spacing w:val="-1"/>
          <w:sz w:val="18"/>
          <w:lang w:val="it-IT"/>
        </w:rPr>
        <w:t xml:space="preserve"> </w:t>
      </w:r>
      <w:r w:rsidRPr="00CE4190">
        <w:rPr>
          <w:rFonts w:eastAsia="Times New Roman" w:cs="Times New Roman"/>
          <w:b/>
          <w:i/>
          <w:sz w:val="18"/>
          <w:lang w:val="it-IT"/>
        </w:rPr>
        <w:t>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7839B5BB" w14:textId="77777777" w:rsidR="00CE4190" w:rsidRPr="00CE4190" w:rsidRDefault="00CE4190" w:rsidP="00CE4190">
      <w:pPr>
        <w:widowControl w:val="0"/>
        <w:autoSpaceDE w:val="0"/>
        <w:autoSpaceDN w:val="0"/>
        <w:spacing w:before="203" w:after="0" w:line="240" w:lineRule="auto"/>
        <w:jc w:val="both"/>
        <w:rPr>
          <w:rFonts w:eastAsia="Times New Roman" w:hAnsi="Times New Roman" w:cs="Times New Roman"/>
          <w:b/>
          <w:i/>
          <w:sz w:val="18"/>
          <w:szCs w:val="24"/>
          <w:lang w:val="it-IT"/>
        </w:rPr>
      </w:pPr>
    </w:p>
    <w:p w14:paraId="58FDBDC5" w14:textId="77777777" w:rsidR="00CE4190" w:rsidRPr="00CE4190" w:rsidRDefault="00CE4190" w:rsidP="00CE4190">
      <w:pPr>
        <w:widowControl w:val="0"/>
        <w:tabs>
          <w:tab w:val="left" w:pos="2469"/>
          <w:tab w:val="left" w:pos="7317"/>
        </w:tabs>
        <w:autoSpaceDE w:val="0"/>
        <w:autoSpaceDN w:val="0"/>
        <w:spacing w:after="0" w:line="240" w:lineRule="auto"/>
        <w:ind w:left="143"/>
        <w:jc w:val="both"/>
        <w:rPr>
          <w:rFonts w:ascii="Arial MT" w:eastAsia="Times New Roman" w:hAnsi="Times New Roman" w:cs="Times New Roman"/>
          <w:sz w:val="18"/>
          <w:lang w:val="it-IT"/>
        </w:rPr>
      </w:pPr>
      <w:r w:rsidRPr="00CE4190">
        <w:rPr>
          <w:rFonts w:ascii="Arial MT" w:eastAsia="Times New Roman" w:hAnsi="Times New Roman" w:cs="Times New Roman"/>
          <w:spacing w:val="-4"/>
          <w:sz w:val="18"/>
          <w:lang w:val="it-IT"/>
        </w:rPr>
        <w:t>Data</w:t>
      </w:r>
      <w:r w:rsidRPr="00CE4190">
        <w:rPr>
          <w:rFonts w:ascii="Arial MT" w:eastAsia="Times New Roman" w:hAnsi="Times New Roman" w:cs="Times New Roman"/>
          <w:sz w:val="18"/>
          <w:u w:val="single"/>
          <w:lang w:val="it-IT"/>
        </w:rPr>
        <w:tab/>
      </w:r>
      <w:r w:rsidRPr="00CE4190">
        <w:rPr>
          <w:rFonts w:ascii="Arial MT" w:eastAsia="Times New Roman" w:hAnsi="Times New Roman" w:cs="Times New Roman"/>
          <w:spacing w:val="-2"/>
          <w:sz w:val="18"/>
          <w:lang w:val="it-IT"/>
        </w:rPr>
        <w:t>firma</w:t>
      </w:r>
      <w:r w:rsidRPr="00CE4190">
        <w:rPr>
          <w:rFonts w:ascii="Arial MT" w:eastAsia="Times New Roman" w:hAnsi="Times New Roman" w:cs="Times New Roman"/>
          <w:sz w:val="18"/>
          <w:u w:val="single"/>
          <w:lang w:val="it-IT"/>
        </w:rPr>
        <w:tab/>
      </w:r>
    </w:p>
    <w:p w14:paraId="19660BB4" w14:textId="77777777" w:rsidR="00CE4190" w:rsidRPr="00CE4190" w:rsidRDefault="00CE4190" w:rsidP="00CE4190">
      <w:pPr>
        <w:widowControl w:val="0"/>
        <w:autoSpaceDE w:val="0"/>
        <w:autoSpaceDN w:val="0"/>
        <w:spacing w:before="198" w:after="0" w:line="240" w:lineRule="auto"/>
        <w:jc w:val="both"/>
        <w:rPr>
          <w:rFonts w:ascii="Arial MT" w:eastAsia="Times New Roman" w:hAnsi="Times New Roman" w:cs="Times New Roman"/>
          <w:sz w:val="18"/>
          <w:szCs w:val="24"/>
          <w:lang w:val="it-IT"/>
        </w:rPr>
      </w:pPr>
    </w:p>
    <w:p w14:paraId="7ADBC9C2" w14:textId="2641A995" w:rsidR="00CE4190" w:rsidRPr="00CE4190" w:rsidRDefault="00CE4190" w:rsidP="00CE4190">
      <w:pPr>
        <w:widowControl w:val="0"/>
        <w:tabs>
          <w:tab w:val="left" w:pos="9350"/>
        </w:tabs>
        <w:autoSpaceDE w:val="0"/>
        <w:autoSpaceDN w:val="0"/>
        <w:spacing w:after="0" w:line="240" w:lineRule="auto"/>
        <w:ind w:left="143" w:right="573"/>
        <w:jc w:val="both"/>
        <w:rPr>
          <w:rFonts w:ascii="Arial MT" w:eastAsia="Times New Roman" w:hAnsi="Arial MT" w:cs="Times New Roman"/>
          <w:sz w:val="18"/>
          <w:lang w:val="it-IT"/>
        </w:rPr>
      </w:pPr>
      <w:r w:rsidRPr="00CE4190">
        <w:rPr>
          <w:rFonts w:ascii="Arial MT" w:eastAsia="Times New Roman" w:hAnsi="Arial MT" w:cs="Times New Roman"/>
          <w:sz w:val="18"/>
          <w:lang w:val="it-IT"/>
        </w:rPr>
        <w:t xml:space="preserve">Il/la sottoscritto/a, ai sensi della legge 196/03 e successivo GDPR679/2016, autorizza l’istituto </w:t>
      </w:r>
      <w:r>
        <w:rPr>
          <w:rFonts w:ascii="Arial MT" w:eastAsia="Times New Roman" w:hAnsi="Arial MT" w:cs="Times New Roman"/>
          <w:sz w:val="18"/>
          <w:lang w:val="it-IT"/>
        </w:rPr>
        <w:t>_______________</w:t>
      </w:r>
      <w:r w:rsidRPr="00CE4190">
        <w:rPr>
          <w:rFonts w:ascii="Arial MT" w:eastAsia="Times New Roman" w:hAnsi="Arial MT" w:cs="Times New Roman"/>
          <w:spacing w:val="-6"/>
          <w:sz w:val="18"/>
          <w:lang w:val="it-IT"/>
        </w:rPr>
        <w:t xml:space="preserve">al </w:t>
      </w:r>
      <w:r w:rsidRPr="00CE4190">
        <w:rPr>
          <w:rFonts w:ascii="Arial MT" w:eastAsia="Times New Roman" w:hAnsi="Arial MT" w:cs="Times New Roman"/>
          <w:sz w:val="18"/>
          <w:lang w:val="it-IT"/>
        </w:rPr>
        <w:t>trattamento dei dati contenuti nella presente autocertificazione esclusivamente nell’ambito e per i</w:t>
      </w:r>
    </w:p>
    <w:p w14:paraId="5CD821B8" w14:textId="77777777" w:rsidR="00CE4190" w:rsidRPr="00CE4190" w:rsidRDefault="00CE4190" w:rsidP="00CE4190">
      <w:pPr>
        <w:widowControl w:val="0"/>
        <w:autoSpaceDE w:val="0"/>
        <w:autoSpaceDN w:val="0"/>
        <w:spacing w:after="0" w:line="206" w:lineRule="exact"/>
        <w:ind w:left="143"/>
        <w:jc w:val="both"/>
        <w:rPr>
          <w:rFonts w:ascii="Arial MT" w:eastAsia="Times New Roman" w:hAnsi="Times New Roman" w:cs="Times New Roman"/>
          <w:sz w:val="18"/>
          <w:lang w:val="it-IT"/>
        </w:rPr>
      </w:pPr>
      <w:r w:rsidRPr="00CE4190">
        <w:rPr>
          <w:rFonts w:ascii="Arial MT" w:eastAsia="Times New Roman" w:hAnsi="Times New Roman" w:cs="Times New Roman"/>
          <w:sz w:val="18"/>
          <w:lang w:val="it-IT"/>
        </w:rPr>
        <w:t>fini</w:t>
      </w:r>
      <w:r w:rsidRPr="00CE4190">
        <w:rPr>
          <w:rFonts w:ascii="Arial MT" w:eastAsia="Times New Roman" w:hAnsi="Times New Roman" w:cs="Times New Roman"/>
          <w:spacing w:val="-6"/>
          <w:sz w:val="18"/>
          <w:lang w:val="it-IT"/>
        </w:rPr>
        <w:t xml:space="preserve"> </w:t>
      </w:r>
      <w:r w:rsidRPr="00CE4190">
        <w:rPr>
          <w:rFonts w:ascii="Arial MT" w:eastAsia="Times New Roman" w:hAnsi="Times New Roman" w:cs="Times New Roman"/>
          <w:sz w:val="18"/>
          <w:lang w:val="it-IT"/>
        </w:rPr>
        <w:t>istituzionali</w:t>
      </w:r>
      <w:r w:rsidRPr="00CE4190">
        <w:rPr>
          <w:rFonts w:ascii="Arial MT" w:eastAsia="Times New Roman" w:hAnsi="Times New Roman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Times New Roman" w:cs="Times New Roman"/>
          <w:sz w:val="18"/>
          <w:lang w:val="it-IT"/>
        </w:rPr>
        <w:t>della</w:t>
      </w:r>
      <w:r w:rsidRPr="00CE4190">
        <w:rPr>
          <w:rFonts w:ascii="Arial MT" w:eastAsia="Times New Roman" w:hAnsi="Times New Roman" w:cs="Times New Roman"/>
          <w:spacing w:val="-4"/>
          <w:sz w:val="18"/>
          <w:lang w:val="it-IT"/>
        </w:rPr>
        <w:t xml:space="preserve"> </w:t>
      </w:r>
      <w:r w:rsidRPr="00CE4190">
        <w:rPr>
          <w:rFonts w:ascii="Arial MT" w:eastAsia="Times New Roman" w:hAnsi="Times New Roman" w:cs="Times New Roman"/>
          <w:sz w:val="18"/>
          <w:lang w:val="it-IT"/>
        </w:rPr>
        <w:t>Pubblica</w:t>
      </w:r>
      <w:r w:rsidRPr="00CE4190">
        <w:rPr>
          <w:rFonts w:ascii="Arial MT" w:eastAsia="Times New Roman" w:hAnsi="Times New Roman" w:cs="Times New Roman"/>
          <w:spacing w:val="-5"/>
          <w:sz w:val="18"/>
          <w:lang w:val="it-IT"/>
        </w:rPr>
        <w:t xml:space="preserve"> </w:t>
      </w:r>
      <w:r w:rsidRPr="00CE4190">
        <w:rPr>
          <w:rFonts w:ascii="Arial MT" w:eastAsia="Times New Roman" w:hAnsi="Times New Roman" w:cs="Times New Roman"/>
          <w:spacing w:val="-2"/>
          <w:sz w:val="18"/>
          <w:lang w:val="it-IT"/>
        </w:rPr>
        <w:t>Amministrazione</w:t>
      </w:r>
    </w:p>
    <w:p w14:paraId="6A926EA0" w14:textId="77777777" w:rsidR="00CE4190" w:rsidRPr="00CE4190" w:rsidRDefault="00CE4190" w:rsidP="00CE4190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Times New Roman" w:hAnsi="Times New Roman" w:cs="Times New Roman"/>
          <w:sz w:val="18"/>
          <w:szCs w:val="24"/>
          <w:lang w:val="it-IT"/>
        </w:rPr>
      </w:pPr>
    </w:p>
    <w:p w14:paraId="0EAAE7B7" w14:textId="77777777" w:rsidR="00CE4190" w:rsidRPr="00CE4190" w:rsidRDefault="00CE4190" w:rsidP="00CE4190">
      <w:pPr>
        <w:widowControl w:val="0"/>
        <w:tabs>
          <w:tab w:val="left" w:pos="2469"/>
          <w:tab w:val="left" w:pos="7317"/>
        </w:tabs>
        <w:autoSpaceDE w:val="0"/>
        <w:autoSpaceDN w:val="0"/>
        <w:spacing w:after="0" w:line="240" w:lineRule="auto"/>
        <w:ind w:left="143"/>
        <w:jc w:val="both"/>
        <w:rPr>
          <w:rFonts w:ascii="Arial MT" w:eastAsia="Times New Roman" w:hAnsi="Times New Roman" w:cs="Times New Roman"/>
          <w:sz w:val="18"/>
          <w:lang w:val="it-IT"/>
        </w:rPr>
      </w:pPr>
      <w:r w:rsidRPr="00CE4190">
        <w:rPr>
          <w:rFonts w:ascii="Arial MT" w:eastAsia="Times New Roman" w:hAnsi="Times New Roman" w:cs="Times New Roman"/>
          <w:spacing w:val="-4"/>
          <w:sz w:val="18"/>
          <w:lang w:val="it-IT"/>
        </w:rPr>
        <w:t>Data</w:t>
      </w:r>
      <w:r w:rsidRPr="00CE4190">
        <w:rPr>
          <w:rFonts w:ascii="Arial MT" w:eastAsia="Times New Roman" w:hAnsi="Times New Roman" w:cs="Times New Roman"/>
          <w:sz w:val="18"/>
          <w:u w:val="single"/>
          <w:lang w:val="it-IT"/>
        </w:rPr>
        <w:tab/>
      </w:r>
      <w:r w:rsidRPr="00CE4190">
        <w:rPr>
          <w:rFonts w:ascii="Arial MT" w:eastAsia="Times New Roman" w:hAnsi="Times New Roman" w:cs="Times New Roman"/>
          <w:spacing w:val="-2"/>
          <w:sz w:val="18"/>
          <w:lang w:val="it-IT"/>
        </w:rPr>
        <w:t>firma</w:t>
      </w:r>
      <w:r w:rsidRPr="00CE4190">
        <w:rPr>
          <w:rFonts w:ascii="Arial MT" w:eastAsia="Times New Roman" w:hAnsi="Times New Roman" w:cs="Times New Roman"/>
          <w:sz w:val="18"/>
          <w:u w:val="single"/>
          <w:lang w:val="it-IT"/>
        </w:rPr>
        <w:tab/>
      </w:r>
    </w:p>
    <w:p w14:paraId="3E0DEB46" w14:textId="7D4413AB" w:rsidR="00122D42" w:rsidRDefault="00122D42" w:rsidP="00CE4190">
      <w:pPr>
        <w:jc w:val="both"/>
      </w:pPr>
    </w:p>
    <w:sectPr w:rsidR="00122D42" w:rsidSect="00034616">
      <w:footerReference w:type="default" r:id="rId8"/>
      <w:pgSz w:w="11906" w:h="16838"/>
      <w:pgMar w:top="850" w:right="935" w:bottom="1304" w:left="935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A7180" w14:textId="77777777" w:rsidR="00F53A20" w:rsidRDefault="00F53A20">
      <w:pPr>
        <w:spacing w:after="0" w:line="240" w:lineRule="auto"/>
      </w:pPr>
      <w:r>
        <w:separator/>
      </w:r>
    </w:p>
  </w:endnote>
  <w:endnote w:type="continuationSeparator" w:id="0">
    <w:p w14:paraId="1B774F9F" w14:textId="77777777" w:rsidR="00F53A20" w:rsidRDefault="00F5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192F5" w14:textId="77777777" w:rsidR="00122D42" w:rsidRDefault="00F53A20">
    <w:pPr>
      <w:pStyle w:val="Pidipagina"/>
      <w:jc w:val="center"/>
    </w:pPr>
    <w:r>
      <w:rPr>
        <w:noProof/>
      </w:rPr>
      <w:drawing>
        <wp:inline distT="0" distB="0" distL="0" distR="0" wp14:anchorId="21993F06" wp14:editId="0F1392B0">
          <wp:extent cx="6156000" cy="4610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model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56000" cy="461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B269F" w14:textId="77777777" w:rsidR="00F53A20" w:rsidRDefault="00F53A20">
      <w:pPr>
        <w:spacing w:after="0" w:line="240" w:lineRule="auto"/>
      </w:pPr>
      <w:r>
        <w:separator/>
      </w:r>
    </w:p>
  </w:footnote>
  <w:footnote w:type="continuationSeparator" w:id="0">
    <w:p w14:paraId="3AC0D5DB" w14:textId="77777777" w:rsidR="00F53A20" w:rsidRDefault="00F5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73472630">
    <w:abstractNumId w:val="8"/>
  </w:num>
  <w:num w:numId="2" w16cid:durableId="1942490435">
    <w:abstractNumId w:val="6"/>
  </w:num>
  <w:num w:numId="3" w16cid:durableId="341206008">
    <w:abstractNumId w:val="5"/>
  </w:num>
  <w:num w:numId="4" w16cid:durableId="1927878473">
    <w:abstractNumId w:val="4"/>
  </w:num>
  <w:num w:numId="5" w16cid:durableId="698822240">
    <w:abstractNumId w:val="7"/>
  </w:num>
  <w:num w:numId="6" w16cid:durableId="967468090">
    <w:abstractNumId w:val="3"/>
  </w:num>
  <w:num w:numId="7" w16cid:durableId="1043098226">
    <w:abstractNumId w:val="2"/>
  </w:num>
  <w:num w:numId="8" w16cid:durableId="1230582002">
    <w:abstractNumId w:val="1"/>
  </w:num>
  <w:num w:numId="9" w16cid:durableId="2145467123">
    <w:abstractNumId w:val="0"/>
  </w:num>
  <w:num w:numId="10" w16cid:durableId="1651790810">
    <w:abstractNumId w:val="10"/>
  </w:num>
  <w:num w:numId="11" w16cid:durableId="20952725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13E"/>
    <w:rsid w:val="00122D42"/>
    <w:rsid w:val="0015074B"/>
    <w:rsid w:val="0029639D"/>
    <w:rsid w:val="00326F90"/>
    <w:rsid w:val="00671E5C"/>
    <w:rsid w:val="009E0F8F"/>
    <w:rsid w:val="00AA1D8D"/>
    <w:rsid w:val="00B47730"/>
    <w:rsid w:val="00CB0664"/>
    <w:rsid w:val="00CE4190"/>
    <w:rsid w:val="00EA470A"/>
    <w:rsid w:val="00F53A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EE24A"/>
  <w14:defaultImageDpi w14:val="300"/>
  <w15:docId w15:val="{C19DD28E-74F2-4E43-B752-5C35D9AC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CE4190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Paola Preside</cp:lastModifiedBy>
  <cp:revision>2</cp:revision>
  <dcterms:created xsi:type="dcterms:W3CDTF">2026-09-28T09:00:00Z</dcterms:created>
  <dcterms:modified xsi:type="dcterms:W3CDTF">2026-09-28T09:00:00Z</dcterms:modified>
  <cp:category/>
</cp:coreProperties>
</file>