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E8216" w14:textId="77777777" w:rsidR="00727FDE" w:rsidRDefault="00812600">
      <w:pPr>
        <w:spacing w:after="100"/>
        <w:jc w:val="center"/>
      </w:pPr>
      <w:r>
        <w:rPr>
          <w:rFonts w:ascii="Comic Sans MS" w:hAnsi="Comic Sans MS"/>
          <w:b/>
          <w:sz w:val="28"/>
        </w:rPr>
        <w:t>ALLEGATO A</w:t>
      </w:r>
    </w:p>
    <w:p w14:paraId="2EF183A6" w14:textId="77777777" w:rsidR="00727FDE" w:rsidRPr="00E1333F" w:rsidRDefault="00812600" w:rsidP="00E1333F">
      <w:pPr>
        <w:spacing w:after="100"/>
        <w:jc w:val="right"/>
        <w:rPr>
          <w:rFonts w:cs="Times New Roman"/>
        </w:rPr>
      </w:pPr>
      <w:r w:rsidRPr="00E1333F">
        <w:rPr>
          <w:rFonts w:cs="Times New Roman"/>
        </w:rPr>
        <w:t xml:space="preserve">Al </w:t>
      </w:r>
      <w:proofErr w:type="spellStart"/>
      <w:r w:rsidRPr="00E1333F">
        <w:rPr>
          <w:rFonts w:cs="Times New Roman"/>
        </w:rPr>
        <w:t>Dirigente</w:t>
      </w:r>
      <w:proofErr w:type="spellEnd"/>
      <w:r w:rsidRPr="00E1333F">
        <w:rPr>
          <w:rFonts w:cs="Times New Roman"/>
        </w:rPr>
        <w:t xml:space="preserve"> Scolastico</w:t>
      </w:r>
      <w:r w:rsidRPr="00E1333F">
        <w:rPr>
          <w:rFonts w:cs="Times New Roman"/>
        </w:rPr>
        <w:br/>
        <w:t xml:space="preserve">del 2° </w:t>
      </w:r>
      <w:proofErr w:type="spellStart"/>
      <w:r w:rsidRPr="00E1333F">
        <w:rPr>
          <w:rFonts w:cs="Times New Roman"/>
        </w:rPr>
        <w:t>Circolo</w:t>
      </w:r>
      <w:proofErr w:type="spellEnd"/>
      <w:r w:rsidRPr="00E1333F">
        <w:rPr>
          <w:rFonts w:cs="Times New Roman"/>
        </w:rPr>
        <w:t xml:space="preserve"> </w:t>
      </w:r>
      <w:proofErr w:type="spellStart"/>
      <w:r w:rsidRPr="00E1333F">
        <w:rPr>
          <w:rFonts w:cs="Times New Roman"/>
        </w:rPr>
        <w:t>Didattico</w:t>
      </w:r>
      <w:proofErr w:type="spellEnd"/>
      <w:r w:rsidRPr="00E1333F">
        <w:rPr>
          <w:rFonts w:cs="Times New Roman"/>
        </w:rPr>
        <w:t xml:space="preserve"> Garibaldi</w:t>
      </w:r>
      <w:r w:rsidRPr="00E1333F">
        <w:rPr>
          <w:rFonts w:cs="Times New Roman"/>
        </w:rPr>
        <w:br/>
        <w:t>di Altamura (BA)</w:t>
      </w:r>
    </w:p>
    <w:p w14:paraId="02544250" w14:textId="77777777" w:rsidR="00727FDE" w:rsidRPr="00E1333F" w:rsidRDefault="00812600">
      <w:pPr>
        <w:spacing w:after="100"/>
        <w:rPr>
          <w:rFonts w:cs="Times New Roman"/>
        </w:rPr>
      </w:pPr>
      <w:r w:rsidRPr="00E1333F">
        <w:rPr>
          <w:rFonts w:cs="Times New Roman"/>
          <w:b/>
          <w:bCs/>
        </w:rPr>
        <w:t xml:space="preserve">Titolo </w:t>
      </w:r>
      <w:proofErr w:type="spellStart"/>
      <w:r w:rsidRPr="00E1333F">
        <w:rPr>
          <w:rFonts w:cs="Times New Roman"/>
          <w:b/>
          <w:bCs/>
        </w:rPr>
        <w:t>progetto</w:t>
      </w:r>
      <w:proofErr w:type="spellEnd"/>
      <w:r w:rsidRPr="00E1333F">
        <w:rPr>
          <w:rFonts w:cs="Times New Roman"/>
        </w:rPr>
        <w:t xml:space="preserve">: </w:t>
      </w:r>
      <w:proofErr w:type="spellStart"/>
      <w:r w:rsidRPr="00E1333F">
        <w:rPr>
          <w:rFonts w:cs="Times New Roman"/>
        </w:rPr>
        <w:t>Competenze</w:t>
      </w:r>
      <w:proofErr w:type="spellEnd"/>
      <w:r w:rsidRPr="00E1333F">
        <w:rPr>
          <w:rFonts w:cs="Times New Roman"/>
        </w:rPr>
        <w:t xml:space="preserve"> in azione: </w:t>
      </w:r>
      <w:proofErr w:type="spellStart"/>
      <w:r w:rsidRPr="00E1333F">
        <w:rPr>
          <w:rFonts w:cs="Times New Roman"/>
        </w:rPr>
        <w:t>leggere</w:t>
      </w:r>
      <w:proofErr w:type="spellEnd"/>
      <w:r w:rsidRPr="00E1333F">
        <w:rPr>
          <w:rFonts w:cs="Times New Roman"/>
        </w:rPr>
        <w:t xml:space="preserve">, </w:t>
      </w:r>
      <w:proofErr w:type="spellStart"/>
      <w:r w:rsidRPr="00E1333F">
        <w:rPr>
          <w:rFonts w:cs="Times New Roman"/>
        </w:rPr>
        <w:t>pensare</w:t>
      </w:r>
      <w:proofErr w:type="spellEnd"/>
      <w:r w:rsidRPr="00E1333F">
        <w:rPr>
          <w:rFonts w:cs="Times New Roman"/>
        </w:rPr>
        <w:t xml:space="preserve">, </w:t>
      </w:r>
      <w:proofErr w:type="spellStart"/>
      <w:r w:rsidRPr="00E1333F">
        <w:rPr>
          <w:rFonts w:cs="Times New Roman"/>
        </w:rPr>
        <w:t>scoprire</w:t>
      </w:r>
      <w:proofErr w:type="spellEnd"/>
    </w:p>
    <w:p w14:paraId="0C91FCC9" w14:textId="77777777" w:rsidR="00E1333F" w:rsidRDefault="00812600">
      <w:pPr>
        <w:spacing w:after="100"/>
        <w:rPr>
          <w:rFonts w:cs="Times New Roman"/>
        </w:rPr>
      </w:pPr>
      <w:proofErr w:type="spellStart"/>
      <w:r w:rsidRPr="00E1333F">
        <w:rPr>
          <w:rFonts w:cs="Times New Roman"/>
          <w:b/>
          <w:bCs/>
        </w:rPr>
        <w:t>Codice</w:t>
      </w:r>
      <w:proofErr w:type="spellEnd"/>
      <w:r w:rsidRPr="00E1333F">
        <w:rPr>
          <w:rFonts w:cs="Times New Roman"/>
          <w:b/>
          <w:bCs/>
        </w:rPr>
        <w:t xml:space="preserve"> </w:t>
      </w:r>
      <w:proofErr w:type="spellStart"/>
      <w:r w:rsidRPr="00E1333F">
        <w:rPr>
          <w:rFonts w:cs="Times New Roman"/>
          <w:b/>
          <w:bCs/>
        </w:rPr>
        <w:t>identificativo</w:t>
      </w:r>
      <w:proofErr w:type="spellEnd"/>
      <w:r w:rsidRPr="00E1333F">
        <w:rPr>
          <w:rFonts w:cs="Times New Roman"/>
          <w:b/>
          <w:bCs/>
        </w:rPr>
        <w:t xml:space="preserve"> del </w:t>
      </w:r>
      <w:proofErr w:type="spellStart"/>
      <w:r w:rsidRPr="00E1333F">
        <w:rPr>
          <w:rFonts w:cs="Times New Roman"/>
          <w:b/>
          <w:bCs/>
        </w:rPr>
        <w:t>progetto</w:t>
      </w:r>
      <w:proofErr w:type="spellEnd"/>
      <w:r w:rsidRPr="00E1333F">
        <w:rPr>
          <w:rFonts w:cs="Times New Roman"/>
        </w:rPr>
        <w:t>: ESO4.</w:t>
      </w:r>
      <w:proofErr w:type="gramStart"/>
      <w:r w:rsidRPr="00E1333F">
        <w:rPr>
          <w:rFonts w:cs="Times New Roman"/>
        </w:rPr>
        <w:t>6.A1.B</w:t>
      </w:r>
      <w:proofErr w:type="gramEnd"/>
      <w:r w:rsidRPr="00E1333F">
        <w:rPr>
          <w:rFonts w:cs="Times New Roman"/>
        </w:rPr>
        <w:t xml:space="preserve">-FSEPNPU-2026-567   </w:t>
      </w:r>
    </w:p>
    <w:p w14:paraId="7580A3B8" w14:textId="1BD2691D" w:rsidR="00727FDE" w:rsidRPr="00E1333F" w:rsidRDefault="00812600">
      <w:pPr>
        <w:spacing w:after="100"/>
        <w:rPr>
          <w:rFonts w:cs="Times New Roman"/>
        </w:rPr>
      </w:pPr>
      <w:r w:rsidRPr="00E1333F">
        <w:rPr>
          <w:rFonts w:cs="Times New Roman"/>
          <w:b/>
          <w:bCs/>
        </w:rPr>
        <w:t>CUP</w:t>
      </w:r>
      <w:r w:rsidRPr="00E1333F">
        <w:rPr>
          <w:rFonts w:cs="Times New Roman"/>
        </w:rPr>
        <w:t>: B74D25004020007</w:t>
      </w:r>
    </w:p>
    <w:p w14:paraId="6315AD93" w14:textId="77777777" w:rsidR="00727FDE" w:rsidRPr="00E1333F" w:rsidRDefault="00812600">
      <w:pPr>
        <w:spacing w:after="100"/>
        <w:rPr>
          <w:rFonts w:cs="Times New Roman"/>
        </w:rPr>
      </w:pPr>
      <w:proofErr w:type="spellStart"/>
      <w:r w:rsidRPr="00E1333F">
        <w:rPr>
          <w:rFonts w:cs="Times New Roman"/>
          <w:b/>
        </w:rPr>
        <w:t>Domanda</w:t>
      </w:r>
      <w:proofErr w:type="spellEnd"/>
      <w:r w:rsidRPr="00E1333F">
        <w:rPr>
          <w:rFonts w:cs="Times New Roman"/>
          <w:b/>
        </w:rPr>
        <w:t xml:space="preserve"> di </w:t>
      </w:r>
      <w:proofErr w:type="spellStart"/>
      <w:r w:rsidRPr="00E1333F">
        <w:rPr>
          <w:rFonts w:cs="Times New Roman"/>
          <w:b/>
        </w:rPr>
        <w:t>partecipazione</w:t>
      </w:r>
      <w:proofErr w:type="spellEnd"/>
      <w:r w:rsidRPr="00E1333F">
        <w:rPr>
          <w:rFonts w:cs="Times New Roman"/>
          <w:b/>
        </w:rPr>
        <w:t xml:space="preserve"> alla </w:t>
      </w:r>
      <w:proofErr w:type="spellStart"/>
      <w:r w:rsidRPr="00E1333F">
        <w:rPr>
          <w:rFonts w:cs="Times New Roman"/>
          <w:b/>
        </w:rPr>
        <w:t>selezione</w:t>
      </w:r>
      <w:proofErr w:type="spellEnd"/>
      <w:r w:rsidRPr="00E1333F">
        <w:rPr>
          <w:rFonts w:cs="Times New Roman"/>
          <w:b/>
        </w:rPr>
        <w:t xml:space="preserve"> di ESPERTI INTERNI</w:t>
      </w:r>
    </w:p>
    <w:p w14:paraId="51B0C82D" w14:textId="77777777" w:rsidR="00727FDE" w:rsidRPr="00E1333F" w:rsidRDefault="00812600">
      <w:pPr>
        <w:spacing w:after="100"/>
        <w:rPr>
          <w:rFonts w:cs="Times New Roman"/>
        </w:rPr>
      </w:pPr>
      <w:r w:rsidRPr="00E1333F">
        <w:rPr>
          <w:rFonts w:cs="Times New Roman"/>
        </w:rPr>
        <w:t xml:space="preserve">Il/La </w:t>
      </w:r>
      <w:proofErr w:type="spellStart"/>
      <w:r w:rsidRPr="00E1333F">
        <w:rPr>
          <w:rFonts w:cs="Times New Roman"/>
        </w:rPr>
        <w:t>sottoscritto</w:t>
      </w:r>
      <w:proofErr w:type="spellEnd"/>
      <w:r w:rsidRPr="00E1333F">
        <w:rPr>
          <w:rFonts w:cs="Times New Roman"/>
        </w:rPr>
        <w:t>/a _______________________________________________________________</w:t>
      </w:r>
    </w:p>
    <w:p w14:paraId="05FC5625" w14:textId="77777777" w:rsidR="00727FDE" w:rsidRPr="00E1333F" w:rsidRDefault="00812600">
      <w:pPr>
        <w:spacing w:after="100"/>
        <w:rPr>
          <w:rFonts w:cs="Times New Roman"/>
        </w:rPr>
      </w:pPr>
      <w:proofErr w:type="spellStart"/>
      <w:r w:rsidRPr="00E1333F">
        <w:rPr>
          <w:rFonts w:cs="Times New Roman"/>
        </w:rPr>
        <w:t>nato</w:t>
      </w:r>
      <w:proofErr w:type="spellEnd"/>
      <w:r w:rsidRPr="00E1333F">
        <w:rPr>
          <w:rFonts w:cs="Times New Roman"/>
        </w:rPr>
        <w:t>/a a __________________________________________ il ______________________________</w:t>
      </w:r>
    </w:p>
    <w:p w14:paraId="3C817D38" w14:textId="77777777" w:rsidR="00727FDE" w:rsidRPr="00E1333F" w:rsidRDefault="00812600">
      <w:pPr>
        <w:spacing w:after="100"/>
        <w:rPr>
          <w:rFonts w:cs="Times New Roman"/>
        </w:rPr>
      </w:pPr>
      <w:proofErr w:type="spellStart"/>
      <w:r w:rsidRPr="00E1333F">
        <w:rPr>
          <w:rFonts w:cs="Times New Roman"/>
        </w:rPr>
        <w:t>codice</w:t>
      </w:r>
      <w:proofErr w:type="spellEnd"/>
      <w:r w:rsidRPr="00E1333F">
        <w:rPr>
          <w:rFonts w:cs="Times New Roman"/>
        </w:rPr>
        <w:t xml:space="preserve"> </w:t>
      </w:r>
      <w:proofErr w:type="spellStart"/>
      <w:r w:rsidRPr="00E1333F">
        <w:rPr>
          <w:rFonts w:cs="Times New Roman"/>
        </w:rPr>
        <w:t>fiscale</w:t>
      </w:r>
      <w:proofErr w:type="spellEnd"/>
      <w:r w:rsidRPr="00E1333F">
        <w:rPr>
          <w:rFonts w:cs="Times New Roman"/>
        </w:rPr>
        <w:t xml:space="preserve"> _____________________________________________________________________</w:t>
      </w:r>
    </w:p>
    <w:p w14:paraId="4EAD9486" w14:textId="77777777" w:rsidR="00727FDE" w:rsidRPr="00E1333F" w:rsidRDefault="00812600">
      <w:pPr>
        <w:spacing w:after="100"/>
        <w:rPr>
          <w:rFonts w:cs="Times New Roman"/>
        </w:rPr>
      </w:pPr>
      <w:proofErr w:type="spellStart"/>
      <w:r w:rsidRPr="00E1333F">
        <w:rPr>
          <w:rFonts w:cs="Times New Roman"/>
        </w:rPr>
        <w:t>residente</w:t>
      </w:r>
      <w:proofErr w:type="spellEnd"/>
      <w:r w:rsidRPr="00E1333F">
        <w:rPr>
          <w:rFonts w:cs="Times New Roman"/>
        </w:rPr>
        <w:t xml:space="preserve"> a ______________________________ via _______________________________________</w:t>
      </w:r>
    </w:p>
    <w:p w14:paraId="7427C7F2" w14:textId="77777777" w:rsidR="00727FDE" w:rsidRPr="00E1333F" w:rsidRDefault="00812600">
      <w:pPr>
        <w:spacing w:after="100"/>
        <w:rPr>
          <w:rFonts w:cs="Times New Roman"/>
        </w:rPr>
      </w:pPr>
      <w:proofErr w:type="spellStart"/>
      <w:r w:rsidRPr="00E1333F">
        <w:rPr>
          <w:rFonts w:cs="Times New Roman"/>
        </w:rPr>
        <w:t>recapito</w:t>
      </w:r>
      <w:proofErr w:type="spellEnd"/>
      <w:r w:rsidRPr="00E1333F">
        <w:rPr>
          <w:rFonts w:cs="Times New Roman"/>
        </w:rPr>
        <w:t xml:space="preserve"> </w:t>
      </w:r>
      <w:proofErr w:type="spellStart"/>
      <w:r w:rsidRPr="00E1333F">
        <w:rPr>
          <w:rFonts w:cs="Times New Roman"/>
        </w:rPr>
        <w:t>telefonico</w:t>
      </w:r>
      <w:proofErr w:type="spellEnd"/>
      <w:r w:rsidRPr="00E1333F">
        <w:rPr>
          <w:rFonts w:cs="Times New Roman"/>
        </w:rPr>
        <w:t xml:space="preserve"> _______________________ e-mail _________________________________</w:t>
      </w:r>
    </w:p>
    <w:p w14:paraId="352E8501" w14:textId="77777777" w:rsidR="00727FDE" w:rsidRPr="00E1333F" w:rsidRDefault="00812600">
      <w:pPr>
        <w:spacing w:after="100"/>
        <w:rPr>
          <w:rFonts w:cs="Times New Roman"/>
        </w:rPr>
      </w:pPr>
      <w:r w:rsidRPr="00E1333F">
        <w:rPr>
          <w:rFonts w:cs="Times New Roman"/>
        </w:rPr>
        <w:t xml:space="preserve">in </w:t>
      </w:r>
      <w:proofErr w:type="spellStart"/>
      <w:r w:rsidRPr="00E1333F">
        <w:rPr>
          <w:rFonts w:cs="Times New Roman"/>
        </w:rPr>
        <w:t>servizio</w:t>
      </w:r>
      <w:proofErr w:type="spellEnd"/>
      <w:r w:rsidRPr="00E1333F">
        <w:rPr>
          <w:rFonts w:cs="Times New Roman"/>
        </w:rPr>
        <w:t xml:space="preserve"> </w:t>
      </w:r>
      <w:proofErr w:type="spellStart"/>
      <w:r w:rsidRPr="00E1333F">
        <w:rPr>
          <w:rFonts w:cs="Times New Roman"/>
        </w:rPr>
        <w:t>presso</w:t>
      </w:r>
      <w:proofErr w:type="spellEnd"/>
      <w:r w:rsidRPr="00E1333F">
        <w:rPr>
          <w:rFonts w:cs="Times New Roman"/>
        </w:rPr>
        <w:t xml:space="preserve"> ______________________________ con la </w:t>
      </w:r>
      <w:proofErr w:type="spellStart"/>
      <w:r w:rsidRPr="00E1333F">
        <w:rPr>
          <w:rFonts w:cs="Times New Roman"/>
        </w:rPr>
        <w:t>qualifica</w:t>
      </w:r>
      <w:proofErr w:type="spellEnd"/>
      <w:r w:rsidRPr="00E1333F">
        <w:rPr>
          <w:rFonts w:cs="Times New Roman"/>
        </w:rPr>
        <w:t xml:space="preserve"> di __________________</w:t>
      </w:r>
    </w:p>
    <w:p w14:paraId="54B13507" w14:textId="77777777" w:rsidR="00727FDE" w:rsidRPr="00E1333F" w:rsidRDefault="00812600">
      <w:pPr>
        <w:spacing w:after="100"/>
        <w:jc w:val="center"/>
        <w:rPr>
          <w:rFonts w:cs="Times New Roman"/>
        </w:rPr>
      </w:pPr>
      <w:r w:rsidRPr="00E1333F">
        <w:rPr>
          <w:rFonts w:cs="Times New Roman"/>
          <w:b/>
        </w:rPr>
        <w:t>CHIEDE</w:t>
      </w:r>
    </w:p>
    <w:p w14:paraId="2D4C3A31" w14:textId="77777777" w:rsidR="00727FDE" w:rsidRPr="00E1333F" w:rsidRDefault="00812600">
      <w:pPr>
        <w:spacing w:after="100"/>
        <w:rPr>
          <w:rFonts w:cs="Times New Roman"/>
        </w:rPr>
      </w:pPr>
      <w:r w:rsidRPr="00E1333F">
        <w:rPr>
          <w:rFonts w:cs="Times New Roman"/>
        </w:rPr>
        <w:t xml:space="preserve">di </w:t>
      </w:r>
      <w:proofErr w:type="spellStart"/>
      <w:r w:rsidRPr="00E1333F">
        <w:rPr>
          <w:rFonts w:cs="Times New Roman"/>
        </w:rPr>
        <w:t>partecipare</w:t>
      </w:r>
      <w:proofErr w:type="spellEnd"/>
      <w:r w:rsidRPr="00E1333F">
        <w:rPr>
          <w:rFonts w:cs="Times New Roman"/>
        </w:rPr>
        <w:t xml:space="preserve"> alla </w:t>
      </w:r>
      <w:proofErr w:type="spellStart"/>
      <w:r w:rsidRPr="00E1333F">
        <w:rPr>
          <w:rFonts w:cs="Times New Roman"/>
        </w:rPr>
        <w:t>selezione</w:t>
      </w:r>
      <w:proofErr w:type="spellEnd"/>
      <w:r w:rsidRPr="00E1333F">
        <w:rPr>
          <w:rFonts w:cs="Times New Roman"/>
        </w:rPr>
        <w:t xml:space="preserve"> per </w:t>
      </w:r>
      <w:proofErr w:type="spellStart"/>
      <w:r w:rsidRPr="00E1333F">
        <w:rPr>
          <w:rFonts w:cs="Times New Roman"/>
        </w:rPr>
        <w:t>l’attribuzione</w:t>
      </w:r>
      <w:proofErr w:type="spellEnd"/>
      <w:r w:rsidRPr="00E1333F">
        <w:rPr>
          <w:rFonts w:cs="Times New Roman"/>
        </w:rPr>
        <w:t xml:space="preserve"> </w:t>
      </w:r>
      <w:proofErr w:type="spellStart"/>
      <w:r w:rsidRPr="00E1333F">
        <w:rPr>
          <w:rFonts w:cs="Times New Roman"/>
        </w:rPr>
        <w:t>dell’incarico</w:t>
      </w:r>
      <w:proofErr w:type="spellEnd"/>
      <w:r w:rsidRPr="00E1333F">
        <w:rPr>
          <w:rFonts w:cs="Times New Roman"/>
        </w:rPr>
        <w:t xml:space="preserve"> di ESPERTO </w:t>
      </w:r>
      <w:proofErr w:type="spellStart"/>
      <w:r w:rsidRPr="00E1333F">
        <w:rPr>
          <w:rFonts w:cs="Times New Roman"/>
        </w:rPr>
        <w:t>nei</w:t>
      </w:r>
      <w:proofErr w:type="spellEnd"/>
      <w:r w:rsidRPr="00E1333F">
        <w:rPr>
          <w:rFonts w:cs="Times New Roman"/>
        </w:rPr>
        <w:t xml:space="preserve"> moduli sotto </w:t>
      </w:r>
      <w:proofErr w:type="spellStart"/>
      <w:r w:rsidRPr="00E1333F">
        <w:rPr>
          <w:rFonts w:cs="Times New Roman"/>
        </w:rPr>
        <w:t>indicati</w:t>
      </w:r>
      <w:proofErr w:type="spellEnd"/>
      <w:r w:rsidRPr="00E1333F">
        <w:rPr>
          <w:rFonts w:cs="Times New Roman"/>
        </w:rPr>
        <w:t xml:space="preserve">, secondo </w:t>
      </w:r>
      <w:proofErr w:type="spellStart"/>
      <w:r w:rsidRPr="00E1333F">
        <w:rPr>
          <w:rFonts w:cs="Times New Roman"/>
        </w:rPr>
        <w:t>l’ordine</w:t>
      </w:r>
      <w:proofErr w:type="spellEnd"/>
      <w:r w:rsidRPr="00E1333F">
        <w:rPr>
          <w:rFonts w:cs="Times New Roman"/>
        </w:rPr>
        <w:t xml:space="preserve"> di </w:t>
      </w:r>
      <w:proofErr w:type="spellStart"/>
      <w:r w:rsidRPr="00E1333F">
        <w:rPr>
          <w:rFonts w:cs="Times New Roman"/>
        </w:rPr>
        <w:t>preferenza</w:t>
      </w:r>
      <w:proofErr w:type="spellEnd"/>
      <w:r w:rsidRPr="00E1333F">
        <w:rPr>
          <w:rFonts w:cs="Times New Roman"/>
        </w:rPr>
        <w:t xml:space="preserve"> </w:t>
      </w:r>
      <w:proofErr w:type="spellStart"/>
      <w:r w:rsidRPr="00E1333F">
        <w:rPr>
          <w:rFonts w:cs="Times New Roman"/>
        </w:rPr>
        <w:t>riportato</w:t>
      </w:r>
      <w:proofErr w:type="spellEnd"/>
      <w:r w:rsidRPr="00E1333F">
        <w:rPr>
          <w:rFonts w:cs="Times New Roman"/>
        </w:rPr>
        <w:t xml:space="preserve"> </w:t>
      </w:r>
      <w:proofErr w:type="spellStart"/>
      <w:r w:rsidRPr="00E1333F">
        <w:rPr>
          <w:rFonts w:cs="Times New Roman"/>
        </w:rPr>
        <w:t>nell’ultima</w:t>
      </w:r>
      <w:proofErr w:type="spellEnd"/>
      <w:r w:rsidRPr="00E1333F">
        <w:rPr>
          <w:rFonts w:cs="Times New Roman"/>
        </w:rPr>
        <w:t xml:space="preserve"> </w:t>
      </w:r>
      <w:proofErr w:type="spellStart"/>
      <w:r w:rsidRPr="00E1333F">
        <w:rPr>
          <w:rFonts w:cs="Times New Roman"/>
        </w:rPr>
        <w:t>colonna</w:t>
      </w:r>
      <w:proofErr w:type="spellEnd"/>
      <w:r w:rsidRPr="00E1333F">
        <w:rPr>
          <w:rFonts w:cs="Times New Roman"/>
        </w:rPr>
        <w:t>.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561"/>
        <w:gridCol w:w="1700"/>
        <w:gridCol w:w="1278"/>
        <w:gridCol w:w="992"/>
      </w:tblGrid>
      <w:tr w:rsidR="00E1333F" w:rsidRPr="00E1333F" w14:paraId="7ECF43CE" w14:textId="77777777" w:rsidTr="00AE78A7">
        <w:trPr>
          <w:trHeight w:val="379"/>
        </w:trPr>
        <w:tc>
          <w:tcPr>
            <w:tcW w:w="2977" w:type="dxa"/>
            <w:shd w:val="clear" w:color="auto" w:fill="CCCCFF"/>
          </w:tcPr>
          <w:p w14:paraId="47339FBA" w14:textId="77777777" w:rsidR="00E1333F" w:rsidRPr="00E1333F" w:rsidRDefault="00E1333F" w:rsidP="00E1333F">
            <w:pPr>
              <w:spacing w:before="97" w:after="0"/>
              <w:ind w:left="962"/>
              <w:rPr>
                <w:rFonts w:ascii="Arial" w:eastAsia="Times New Roman" w:cs="Times New Roman"/>
                <w:b/>
                <w:sz w:val="16"/>
                <w:lang w:val="it-IT"/>
              </w:rPr>
            </w:pPr>
            <w:r w:rsidRPr="00E1333F">
              <w:rPr>
                <w:rFonts w:ascii="Arial" w:eastAsia="Times New Roman" w:cs="Times New Roman"/>
                <w:b/>
                <w:color w:val="333333"/>
                <w:sz w:val="16"/>
                <w:lang w:val="it-IT"/>
              </w:rPr>
              <w:t>Titolo</w:t>
            </w:r>
            <w:r w:rsidRPr="00E1333F">
              <w:rPr>
                <w:rFonts w:ascii="Arial" w:eastAsia="Times New Roman" w:cs="Times New Roman"/>
                <w:b/>
                <w:color w:val="333333"/>
                <w:spacing w:val="-4"/>
                <w:sz w:val="16"/>
                <w:lang w:val="it-IT"/>
              </w:rPr>
              <w:t xml:space="preserve"> </w:t>
            </w:r>
            <w:r w:rsidRPr="00E1333F">
              <w:rPr>
                <w:rFonts w:ascii="Arial" w:eastAsia="Times New Roman" w:cs="Times New Roman"/>
                <w:b/>
                <w:color w:val="333333"/>
                <w:spacing w:val="-2"/>
                <w:sz w:val="16"/>
                <w:lang w:val="it-IT"/>
              </w:rPr>
              <w:t>Modulo</w:t>
            </w:r>
          </w:p>
        </w:tc>
        <w:tc>
          <w:tcPr>
            <w:tcW w:w="1277" w:type="dxa"/>
            <w:shd w:val="clear" w:color="auto" w:fill="CCCCFF"/>
          </w:tcPr>
          <w:p w14:paraId="22837F09" w14:textId="77777777" w:rsidR="00E1333F" w:rsidRPr="00E1333F" w:rsidRDefault="00E1333F" w:rsidP="00E1333F">
            <w:pPr>
              <w:spacing w:after="0" w:line="180" w:lineRule="atLeast"/>
              <w:ind w:left="364" w:right="303" w:hanging="48"/>
              <w:rPr>
                <w:rFonts w:ascii="Arial" w:eastAsia="Times New Roman" w:cs="Times New Roman"/>
                <w:b/>
                <w:sz w:val="16"/>
                <w:lang w:val="it-IT"/>
              </w:rPr>
            </w:pPr>
            <w:r w:rsidRPr="00E1333F">
              <w:rPr>
                <w:rFonts w:ascii="Arial" w:eastAsia="Times New Roman" w:cs="Times New Roman"/>
                <w:b/>
                <w:color w:val="333333"/>
                <w:sz w:val="16"/>
                <w:lang w:val="it-IT"/>
              </w:rPr>
              <w:t>Ruolo</w:t>
            </w:r>
            <w:r w:rsidRPr="00E1333F">
              <w:rPr>
                <w:rFonts w:ascii="Arial" w:eastAsia="Times New Roman" w:cs="Times New Roman"/>
                <w:b/>
                <w:color w:val="333333"/>
                <w:spacing w:val="-12"/>
                <w:sz w:val="16"/>
                <w:lang w:val="it-IT"/>
              </w:rPr>
              <w:t xml:space="preserve"> </w:t>
            </w:r>
            <w:r w:rsidRPr="00E1333F">
              <w:rPr>
                <w:rFonts w:ascii="Arial" w:eastAsia="Times New Roman" w:cs="Times New Roman"/>
                <w:b/>
                <w:color w:val="333333"/>
                <w:sz w:val="16"/>
                <w:lang w:val="it-IT"/>
              </w:rPr>
              <w:t xml:space="preserve">di </w:t>
            </w:r>
            <w:r w:rsidRPr="00E1333F">
              <w:rPr>
                <w:rFonts w:ascii="Arial" w:eastAsia="Times New Roman" w:cs="Times New Roman"/>
                <w:b/>
                <w:color w:val="333333"/>
                <w:spacing w:val="-2"/>
                <w:sz w:val="16"/>
                <w:lang w:val="it-IT"/>
              </w:rPr>
              <w:t>interno</w:t>
            </w:r>
          </w:p>
        </w:tc>
        <w:tc>
          <w:tcPr>
            <w:tcW w:w="1561" w:type="dxa"/>
            <w:shd w:val="clear" w:color="auto" w:fill="CCCCFF"/>
          </w:tcPr>
          <w:p w14:paraId="29AD354B" w14:textId="77777777" w:rsidR="00E1333F" w:rsidRPr="00E1333F" w:rsidRDefault="00E1333F" w:rsidP="00E1333F">
            <w:pPr>
              <w:spacing w:after="0" w:line="180" w:lineRule="atLeast"/>
              <w:ind w:left="489" w:right="254" w:hanging="228"/>
              <w:rPr>
                <w:rFonts w:ascii="Arial" w:eastAsia="Times New Roman" w:cs="Times New Roman"/>
                <w:b/>
                <w:sz w:val="16"/>
                <w:lang w:val="it-IT"/>
              </w:rPr>
            </w:pPr>
            <w:r w:rsidRPr="00E1333F">
              <w:rPr>
                <w:rFonts w:ascii="Arial" w:eastAsia="Times New Roman" w:cs="Times New Roman"/>
                <w:b/>
                <w:color w:val="333333"/>
                <w:sz w:val="16"/>
                <w:lang w:val="it-IT"/>
              </w:rPr>
              <w:t>Ruolo</w:t>
            </w:r>
            <w:r w:rsidRPr="00E1333F">
              <w:rPr>
                <w:rFonts w:ascii="Arial" w:eastAsia="Times New Roman" w:cs="Times New Roman"/>
                <w:b/>
                <w:color w:val="333333"/>
                <w:spacing w:val="-12"/>
                <w:sz w:val="16"/>
                <w:lang w:val="it-IT"/>
              </w:rPr>
              <w:t xml:space="preserve"> </w:t>
            </w:r>
            <w:r w:rsidRPr="00E1333F">
              <w:rPr>
                <w:rFonts w:ascii="Arial" w:eastAsia="Times New Roman" w:cs="Times New Roman"/>
                <w:b/>
                <w:color w:val="333333"/>
                <w:sz w:val="16"/>
                <w:lang w:val="it-IT"/>
              </w:rPr>
              <w:t>di</w:t>
            </w:r>
            <w:r w:rsidRPr="00E1333F">
              <w:rPr>
                <w:rFonts w:ascii="Arial" w:eastAsia="Times New Roman" w:cs="Times New Roman"/>
                <w:b/>
                <w:color w:val="333333"/>
                <w:spacing w:val="-11"/>
                <w:sz w:val="16"/>
                <w:lang w:val="it-IT"/>
              </w:rPr>
              <w:t xml:space="preserve"> </w:t>
            </w:r>
            <w:r w:rsidRPr="00E1333F">
              <w:rPr>
                <w:rFonts w:ascii="Arial" w:eastAsia="Times New Roman" w:cs="Times New Roman"/>
                <w:b/>
                <w:color w:val="333333"/>
                <w:sz w:val="16"/>
                <w:lang w:val="it-IT"/>
              </w:rPr>
              <w:t xml:space="preserve">Coll. </w:t>
            </w:r>
            <w:r w:rsidRPr="00E1333F">
              <w:rPr>
                <w:rFonts w:ascii="Arial" w:eastAsia="Times New Roman" w:cs="Times New Roman"/>
                <w:b/>
                <w:color w:val="333333"/>
                <w:spacing w:val="-2"/>
                <w:sz w:val="16"/>
                <w:lang w:val="it-IT"/>
              </w:rPr>
              <w:t>plurima</w:t>
            </w:r>
          </w:p>
        </w:tc>
        <w:tc>
          <w:tcPr>
            <w:tcW w:w="1700" w:type="dxa"/>
            <w:shd w:val="clear" w:color="auto" w:fill="CCCCFF"/>
          </w:tcPr>
          <w:p w14:paraId="74E23A7C" w14:textId="77777777" w:rsidR="00E1333F" w:rsidRPr="00E1333F" w:rsidRDefault="00E1333F" w:rsidP="00E1333F">
            <w:pPr>
              <w:spacing w:after="0" w:line="180" w:lineRule="atLeast"/>
              <w:ind w:left="462" w:right="430" w:hanging="24"/>
              <w:rPr>
                <w:rFonts w:ascii="Arial" w:eastAsia="Times New Roman" w:cs="Times New Roman"/>
                <w:b/>
                <w:sz w:val="16"/>
                <w:lang w:val="it-IT"/>
              </w:rPr>
            </w:pPr>
            <w:r w:rsidRPr="00E1333F">
              <w:rPr>
                <w:rFonts w:ascii="Arial" w:eastAsia="Times New Roman" w:cs="Times New Roman"/>
                <w:b/>
                <w:color w:val="333333"/>
                <w:sz w:val="16"/>
                <w:lang w:val="it-IT"/>
              </w:rPr>
              <w:t>Ruolo</w:t>
            </w:r>
            <w:r w:rsidRPr="00E1333F">
              <w:rPr>
                <w:rFonts w:ascii="Arial" w:eastAsia="Times New Roman" w:cs="Times New Roman"/>
                <w:b/>
                <w:color w:val="333333"/>
                <w:spacing w:val="-12"/>
                <w:sz w:val="16"/>
                <w:lang w:val="it-IT"/>
              </w:rPr>
              <w:t xml:space="preserve"> </w:t>
            </w:r>
            <w:r w:rsidRPr="00E1333F">
              <w:rPr>
                <w:rFonts w:ascii="Arial" w:eastAsia="Times New Roman" w:cs="Times New Roman"/>
                <w:b/>
                <w:color w:val="333333"/>
                <w:sz w:val="16"/>
                <w:lang w:val="it-IT"/>
              </w:rPr>
              <w:t xml:space="preserve">Lav. </w:t>
            </w:r>
            <w:r w:rsidRPr="00E1333F">
              <w:rPr>
                <w:rFonts w:ascii="Arial" w:eastAsia="Times New Roman" w:cs="Times New Roman"/>
                <w:b/>
                <w:color w:val="333333"/>
                <w:spacing w:val="-2"/>
                <w:sz w:val="16"/>
                <w:lang w:val="it-IT"/>
              </w:rPr>
              <w:t>autonomo</w:t>
            </w:r>
          </w:p>
        </w:tc>
        <w:tc>
          <w:tcPr>
            <w:tcW w:w="1278" w:type="dxa"/>
            <w:shd w:val="clear" w:color="auto" w:fill="CCCCFF"/>
          </w:tcPr>
          <w:p w14:paraId="25EAA8C0" w14:textId="77777777" w:rsidR="00E1333F" w:rsidRPr="00E1333F" w:rsidRDefault="00E1333F" w:rsidP="00E1333F">
            <w:pPr>
              <w:spacing w:before="1" w:after="0"/>
              <w:ind w:left="305"/>
              <w:rPr>
                <w:rFonts w:ascii="Arial" w:eastAsia="Times New Roman" w:hAnsi="Arial" w:cs="Times New Roman"/>
                <w:b/>
                <w:sz w:val="16"/>
                <w:lang w:val="it-IT"/>
              </w:rPr>
            </w:pPr>
            <w:r w:rsidRPr="00E1333F">
              <w:rPr>
                <w:rFonts w:ascii="Arial" w:eastAsia="Times New Roman" w:hAnsi="Arial" w:cs="Times New Roman"/>
                <w:b/>
                <w:color w:val="333333"/>
                <w:sz w:val="16"/>
                <w:lang w:val="it-IT"/>
              </w:rPr>
              <w:t>N° di</w:t>
            </w:r>
            <w:r w:rsidRPr="00E1333F">
              <w:rPr>
                <w:rFonts w:ascii="Arial" w:eastAsia="Times New Roman" w:hAnsi="Arial" w:cs="Times New Roman"/>
                <w:b/>
                <w:color w:val="333333"/>
                <w:spacing w:val="-1"/>
                <w:sz w:val="16"/>
                <w:lang w:val="it-IT"/>
              </w:rPr>
              <w:t xml:space="preserve"> </w:t>
            </w:r>
            <w:r w:rsidRPr="00E1333F">
              <w:rPr>
                <w:rFonts w:ascii="Arial" w:eastAsia="Times New Roman" w:hAnsi="Arial" w:cs="Times New Roman"/>
                <w:b/>
                <w:color w:val="333333"/>
                <w:spacing w:val="-5"/>
                <w:sz w:val="16"/>
                <w:lang w:val="it-IT"/>
              </w:rPr>
              <w:t>ore</w:t>
            </w:r>
          </w:p>
        </w:tc>
        <w:tc>
          <w:tcPr>
            <w:tcW w:w="992" w:type="dxa"/>
            <w:shd w:val="clear" w:color="auto" w:fill="CCCCFF"/>
          </w:tcPr>
          <w:p w14:paraId="36589169" w14:textId="77777777" w:rsidR="00E1333F" w:rsidRPr="00E1333F" w:rsidRDefault="00E1333F" w:rsidP="00E1333F">
            <w:pPr>
              <w:spacing w:before="1" w:after="0"/>
              <w:ind w:left="84"/>
              <w:rPr>
                <w:rFonts w:ascii="Arial" w:eastAsia="Times New Roman" w:cs="Times New Roman"/>
                <w:b/>
                <w:sz w:val="16"/>
                <w:lang w:val="it-IT"/>
              </w:rPr>
            </w:pPr>
            <w:r w:rsidRPr="00E1333F">
              <w:rPr>
                <w:rFonts w:ascii="Arial" w:eastAsia="Times New Roman" w:cs="Times New Roman"/>
                <w:b/>
                <w:color w:val="333333"/>
                <w:spacing w:val="-2"/>
                <w:sz w:val="16"/>
                <w:lang w:val="it-IT"/>
              </w:rPr>
              <w:t>Preferenza</w:t>
            </w:r>
          </w:p>
        </w:tc>
      </w:tr>
      <w:tr w:rsidR="00E1333F" w:rsidRPr="00E1333F" w14:paraId="194FF883" w14:textId="77777777" w:rsidTr="00AE78A7">
        <w:trPr>
          <w:trHeight w:val="383"/>
        </w:trPr>
        <w:tc>
          <w:tcPr>
            <w:tcW w:w="2977" w:type="dxa"/>
          </w:tcPr>
          <w:p w14:paraId="70692DCB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277" w:type="dxa"/>
          </w:tcPr>
          <w:p w14:paraId="0E0EBD9C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561" w:type="dxa"/>
          </w:tcPr>
          <w:p w14:paraId="668CBCB2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700" w:type="dxa"/>
          </w:tcPr>
          <w:p w14:paraId="402FED41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278" w:type="dxa"/>
          </w:tcPr>
          <w:p w14:paraId="09ADA25F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992" w:type="dxa"/>
          </w:tcPr>
          <w:p w14:paraId="653ABC20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</w:tr>
      <w:tr w:rsidR="00E1333F" w:rsidRPr="00E1333F" w14:paraId="73443403" w14:textId="77777777" w:rsidTr="00AE78A7">
        <w:trPr>
          <w:trHeight w:val="386"/>
        </w:trPr>
        <w:tc>
          <w:tcPr>
            <w:tcW w:w="2977" w:type="dxa"/>
          </w:tcPr>
          <w:p w14:paraId="2BFD67BF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277" w:type="dxa"/>
          </w:tcPr>
          <w:p w14:paraId="3381E008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561" w:type="dxa"/>
          </w:tcPr>
          <w:p w14:paraId="187C5DFD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700" w:type="dxa"/>
          </w:tcPr>
          <w:p w14:paraId="762E6688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278" w:type="dxa"/>
          </w:tcPr>
          <w:p w14:paraId="6D207560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992" w:type="dxa"/>
          </w:tcPr>
          <w:p w14:paraId="1143DB64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</w:tr>
      <w:tr w:rsidR="00E1333F" w:rsidRPr="00E1333F" w14:paraId="092C9116" w14:textId="77777777" w:rsidTr="00AE78A7">
        <w:trPr>
          <w:trHeight w:val="385"/>
        </w:trPr>
        <w:tc>
          <w:tcPr>
            <w:tcW w:w="2977" w:type="dxa"/>
          </w:tcPr>
          <w:p w14:paraId="1A8C4922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277" w:type="dxa"/>
          </w:tcPr>
          <w:p w14:paraId="12DE6283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561" w:type="dxa"/>
          </w:tcPr>
          <w:p w14:paraId="7876082A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700" w:type="dxa"/>
          </w:tcPr>
          <w:p w14:paraId="63242586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278" w:type="dxa"/>
          </w:tcPr>
          <w:p w14:paraId="7CC05FAA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992" w:type="dxa"/>
          </w:tcPr>
          <w:p w14:paraId="7B2302BA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</w:tr>
      <w:tr w:rsidR="00E1333F" w:rsidRPr="00E1333F" w14:paraId="6F0749B8" w14:textId="77777777" w:rsidTr="00AE78A7">
        <w:trPr>
          <w:trHeight w:val="383"/>
        </w:trPr>
        <w:tc>
          <w:tcPr>
            <w:tcW w:w="2977" w:type="dxa"/>
          </w:tcPr>
          <w:p w14:paraId="0DC6A1AF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277" w:type="dxa"/>
          </w:tcPr>
          <w:p w14:paraId="18355BE4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561" w:type="dxa"/>
          </w:tcPr>
          <w:p w14:paraId="5212FED6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700" w:type="dxa"/>
          </w:tcPr>
          <w:p w14:paraId="3DC73CBF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278" w:type="dxa"/>
          </w:tcPr>
          <w:p w14:paraId="1F723F89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992" w:type="dxa"/>
          </w:tcPr>
          <w:p w14:paraId="7CFC1D91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</w:tr>
      <w:tr w:rsidR="00E1333F" w:rsidRPr="00E1333F" w14:paraId="0DADDD5D" w14:textId="77777777" w:rsidTr="00AE78A7">
        <w:trPr>
          <w:trHeight w:val="385"/>
        </w:trPr>
        <w:tc>
          <w:tcPr>
            <w:tcW w:w="2977" w:type="dxa"/>
          </w:tcPr>
          <w:p w14:paraId="05A41667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277" w:type="dxa"/>
          </w:tcPr>
          <w:p w14:paraId="02FC18F5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561" w:type="dxa"/>
          </w:tcPr>
          <w:p w14:paraId="1C561093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700" w:type="dxa"/>
          </w:tcPr>
          <w:p w14:paraId="2CC69945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1278" w:type="dxa"/>
          </w:tcPr>
          <w:p w14:paraId="59F2A995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  <w:tc>
          <w:tcPr>
            <w:tcW w:w="992" w:type="dxa"/>
          </w:tcPr>
          <w:p w14:paraId="4D6097D6" w14:textId="77777777" w:rsidR="00E1333F" w:rsidRPr="00E1333F" w:rsidRDefault="00E1333F" w:rsidP="00E1333F">
            <w:pPr>
              <w:spacing w:after="0"/>
              <w:rPr>
                <w:rFonts w:eastAsia="Times New Roman" w:cs="Times New Roman"/>
                <w:sz w:val="18"/>
                <w:lang w:val="it-IT"/>
              </w:rPr>
            </w:pPr>
          </w:p>
        </w:tc>
      </w:tr>
    </w:tbl>
    <w:p w14:paraId="6BD40B7E" w14:textId="77777777" w:rsidR="00E1333F" w:rsidRPr="00E1333F" w:rsidRDefault="00E1333F" w:rsidP="00E1333F">
      <w:pPr>
        <w:widowControl w:val="0"/>
        <w:autoSpaceDE w:val="0"/>
        <w:autoSpaceDN w:val="0"/>
        <w:spacing w:after="0" w:line="240" w:lineRule="auto"/>
        <w:ind w:left="246" w:right="245"/>
        <w:jc w:val="center"/>
        <w:rPr>
          <w:rFonts w:ascii="Arial" w:eastAsia="Times New Roman" w:hAnsi="Arial" w:cs="Times New Roman"/>
          <w:b/>
          <w:i/>
          <w:sz w:val="18"/>
          <w:lang w:val="it-IT"/>
        </w:rPr>
      </w:pP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(N.B.: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BARRARE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LA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CASELLA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DEL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RUOLO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PER</w:t>
      </w:r>
      <w:r w:rsidRPr="00E1333F">
        <w:rPr>
          <w:rFonts w:ascii="Arial" w:eastAsia="Times New Roman" w:hAnsi="Arial" w:cs="Times New Roman"/>
          <w:b/>
          <w:i/>
          <w:spacing w:val="-4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INDICARE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LA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SCELTA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ED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ESPRIMERE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LA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PREFERENZA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PER</w:t>
      </w: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u w:val="single"/>
          <w:lang w:val="it-IT"/>
        </w:rPr>
        <w:t>OGNI MODULO SCELTO – IN CASO DI UN'UNICA SCELTA INDICARE “1”</w:t>
      </w:r>
    </w:p>
    <w:p w14:paraId="40C9CFBE" w14:textId="77777777" w:rsidR="00E1333F" w:rsidRPr="00E1333F" w:rsidRDefault="00E1333F" w:rsidP="00E1333F">
      <w:pPr>
        <w:widowControl w:val="0"/>
        <w:autoSpaceDE w:val="0"/>
        <w:autoSpaceDN w:val="0"/>
        <w:spacing w:before="1" w:after="0" w:line="240" w:lineRule="auto"/>
        <w:rPr>
          <w:rFonts w:ascii="Arial" w:eastAsia="Times New Roman" w:cs="Times New Roman"/>
          <w:b/>
          <w:i/>
          <w:sz w:val="18"/>
          <w:szCs w:val="24"/>
          <w:lang w:val="it-IT"/>
        </w:rPr>
      </w:pPr>
    </w:p>
    <w:p w14:paraId="19338651" w14:textId="77777777" w:rsidR="00E1333F" w:rsidRPr="00E1333F" w:rsidRDefault="00E1333F" w:rsidP="00E1333F">
      <w:pPr>
        <w:widowControl w:val="0"/>
        <w:autoSpaceDE w:val="0"/>
        <w:autoSpaceDN w:val="0"/>
        <w:spacing w:after="0" w:line="240" w:lineRule="auto"/>
        <w:ind w:left="143" w:right="1858"/>
        <w:rPr>
          <w:rFonts w:ascii="Arial MT" w:eastAsia="Times New Roman" w:hAnsi="Arial MT" w:cs="Times New Roman"/>
          <w:sz w:val="18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A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tal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fine,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consapevole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della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responsabilità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penale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e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della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decadenza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da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eventuali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benefici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 xml:space="preserve">acquisiti nel caso di dichiarazioni mendaci, </w:t>
      </w:r>
      <w:r w:rsidRPr="00E1333F">
        <w:rPr>
          <w:rFonts w:ascii="Arial" w:eastAsia="Times New Roman" w:hAnsi="Arial" w:cs="Times New Roman"/>
          <w:b/>
          <w:sz w:val="18"/>
          <w:lang w:val="it-IT"/>
        </w:rPr>
        <w:t xml:space="preserve">dichiara </w:t>
      </w:r>
      <w:r w:rsidRPr="00E1333F">
        <w:rPr>
          <w:rFonts w:ascii="Arial MT" w:eastAsia="Times New Roman" w:hAnsi="Arial MT" w:cs="Times New Roman"/>
          <w:sz w:val="18"/>
          <w:lang w:val="it-IT"/>
        </w:rPr>
        <w:t>sotto la propria responsabilità quanto segue:</w:t>
      </w:r>
    </w:p>
    <w:p w14:paraId="68B4802E" w14:textId="77777777" w:rsidR="00E1333F" w:rsidRPr="00E1333F" w:rsidRDefault="00E1333F" w:rsidP="00E1333F">
      <w:pPr>
        <w:widowControl w:val="0"/>
        <w:numPr>
          <w:ilvl w:val="0"/>
          <w:numId w:val="12"/>
        </w:numPr>
        <w:tabs>
          <w:tab w:val="left" w:pos="863"/>
        </w:tabs>
        <w:autoSpaceDE w:val="0"/>
        <w:autoSpaceDN w:val="0"/>
        <w:spacing w:after="0" w:line="206" w:lineRule="exact"/>
        <w:ind w:left="863" w:hanging="359"/>
        <w:rPr>
          <w:rFonts w:ascii="Wingdings" w:eastAsia="Times New Roman" w:hAnsi="Wingdings" w:cs="Times New Roman"/>
          <w:sz w:val="18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di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aver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preso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visione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delle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condizioni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previste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dal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>bando</w:t>
      </w:r>
    </w:p>
    <w:p w14:paraId="6FA64BBC" w14:textId="77777777" w:rsidR="00E1333F" w:rsidRPr="00E1333F" w:rsidRDefault="00E1333F" w:rsidP="00E1333F">
      <w:pPr>
        <w:widowControl w:val="0"/>
        <w:numPr>
          <w:ilvl w:val="0"/>
          <w:numId w:val="12"/>
        </w:numPr>
        <w:tabs>
          <w:tab w:val="left" w:pos="863"/>
        </w:tabs>
        <w:autoSpaceDE w:val="0"/>
        <w:autoSpaceDN w:val="0"/>
        <w:spacing w:before="2" w:after="0" w:line="240" w:lineRule="auto"/>
        <w:ind w:left="863" w:hanging="359"/>
        <w:rPr>
          <w:rFonts w:ascii="Wingdings" w:eastAsia="Times New Roman" w:hAnsi="Wingdings" w:cs="Times New Roman"/>
          <w:sz w:val="18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di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essere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in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godimento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dei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diritti</w:t>
      </w:r>
      <w:r w:rsidRPr="00E1333F">
        <w:rPr>
          <w:rFonts w:ascii="Arial MT" w:eastAsia="Times New Roman" w:hAnsi="Arial MT" w:cs="Times New Roman"/>
          <w:spacing w:val="-1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>politici</w:t>
      </w:r>
    </w:p>
    <w:p w14:paraId="59B46222" w14:textId="77777777" w:rsidR="00E1333F" w:rsidRPr="00E1333F" w:rsidRDefault="00E1333F" w:rsidP="00E1333F">
      <w:pPr>
        <w:widowControl w:val="0"/>
        <w:numPr>
          <w:ilvl w:val="0"/>
          <w:numId w:val="12"/>
        </w:numPr>
        <w:tabs>
          <w:tab w:val="left" w:pos="863"/>
        </w:tabs>
        <w:autoSpaceDE w:val="0"/>
        <w:autoSpaceDN w:val="0"/>
        <w:spacing w:before="1" w:after="0" w:line="240" w:lineRule="auto"/>
        <w:ind w:left="863" w:hanging="359"/>
        <w:rPr>
          <w:rFonts w:ascii="Wingdings" w:eastAsia="Times New Roman" w:hAnsi="Wingdings" w:cs="Times New Roman"/>
          <w:sz w:val="20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di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non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aver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subito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condanne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penali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ovvero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di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avere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i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seguenti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provvedimenti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penali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pendenti:</w:t>
      </w:r>
    </w:p>
    <w:p w14:paraId="78258F7C" w14:textId="77777777" w:rsidR="00E1333F" w:rsidRPr="00E1333F" w:rsidRDefault="00E1333F" w:rsidP="00E1333F">
      <w:pPr>
        <w:widowControl w:val="0"/>
        <w:autoSpaceDE w:val="0"/>
        <w:autoSpaceDN w:val="0"/>
        <w:spacing w:before="8" w:after="0" w:line="240" w:lineRule="auto"/>
        <w:rPr>
          <w:rFonts w:ascii="Arial MT" w:eastAsia="Times New Roman" w:cs="Times New Roman"/>
          <w:sz w:val="16"/>
          <w:szCs w:val="24"/>
          <w:lang w:val="it-IT"/>
        </w:rPr>
      </w:pPr>
      <w:r w:rsidRPr="00E1333F">
        <w:rPr>
          <w:rFonts w:ascii="Arial MT" w:eastAsia="Times New Roman" w:cs="Times New Roman"/>
          <w:noProof/>
          <w:sz w:val="16"/>
          <w:szCs w:val="24"/>
          <w:lang w:val="it-IT"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78D4D92" wp14:editId="42E5ADE2">
                <wp:simplePos x="0" y="0"/>
                <wp:positionH relativeFrom="page">
                  <wp:posOffset>859840</wp:posOffset>
                </wp:positionH>
                <wp:positionV relativeFrom="paragraph">
                  <wp:posOffset>137635</wp:posOffset>
                </wp:positionV>
                <wp:extent cx="43745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4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4515">
                              <a:moveTo>
                                <a:pt x="0" y="0"/>
                              </a:moveTo>
                              <a:lnTo>
                                <a:pt x="4374239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21440" id="Graphic 5" o:spid="_x0000_s1026" style="position:absolute;margin-left:67.7pt;margin-top:10.85pt;width:344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74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" path="m,l4374239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53FE7FC8" w14:textId="77777777" w:rsidR="00E1333F" w:rsidRPr="00E1333F" w:rsidRDefault="00E1333F" w:rsidP="00E1333F">
      <w:pPr>
        <w:widowControl w:val="0"/>
        <w:numPr>
          <w:ilvl w:val="0"/>
          <w:numId w:val="12"/>
        </w:numPr>
        <w:tabs>
          <w:tab w:val="left" w:pos="863"/>
        </w:tabs>
        <w:autoSpaceDE w:val="0"/>
        <w:autoSpaceDN w:val="0"/>
        <w:spacing w:before="1" w:after="0" w:line="240" w:lineRule="auto"/>
        <w:ind w:left="863" w:hanging="359"/>
        <w:rPr>
          <w:rFonts w:ascii="Wingdings" w:eastAsia="Times New Roman" w:hAnsi="Wingdings" w:cs="Times New Roman"/>
          <w:sz w:val="20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di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non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avere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procedimenti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penali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pendenti,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ovvero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di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avere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i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seguenti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procedimenti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penali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>pendenti</w:t>
      </w:r>
    </w:p>
    <w:p w14:paraId="6578FFAF" w14:textId="77777777" w:rsidR="00E1333F" w:rsidRPr="00E1333F" w:rsidRDefault="00E1333F" w:rsidP="00E1333F">
      <w:pPr>
        <w:widowControl w:val="0"/>
        <w:autoSpaceDE w:val="0"/>
        <w:autoSpaceDN w:val="0"/>
        <w:spacing w:before="9" w:after="0" w:line="240" w:lineRule="auto"/>
        <w:rPr>
          <w:rFonts w:ascii="Arial MT" w:eastAsia="Times New Roman" w:cs="Times New Roman"/>
          <w:sz w:val="16"/>
          <w:szCs w:val="24"/>
          <w:lang w:val="it-IT"/>
        </w:rPr>
      </w:pPr>
      <w:r w:rsidRPr="00E1333F">
        <w:rPr>
          <w:rFonts w:ascii="Arial MT" w:eastAsia="Times New Roman" w:cs="Times New Roman"/>
          <w:noProof/>
          <w:sz w:val="16"/>
          <w:szCs w:val="24"/>
          <w:lang w:val="it-IT"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04C9AC3" wp14:editId="15D9CE49">
                <wp:simplePos x="0" y="0"/>
                <wp:positionH relativeFrom="page">
                  <wp:posOffset>859840</wp:posOffset>
                </wp:positionH>
                <wp:positionV relativeFrom="paragraph">
                  <wp:posOffset>137861</wp:posOffset>
                </wp:positionV>
                <wp:extent cx="46577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2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1E328" id="Graphic 6" o:spid="_x0000_s1026" style="position:absolute;margin-left:67.7pt;margin-top:10.85pt;width:366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" path="m,l4657328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6DF5C938" w14:textId="77777777" w:rsidR="00E1333F" w:rsidRPr="00E1333F" w:rsidRDefault="00E1333F" w:rsidP="00E1333F">
      <w:pPr>
        <w:widowControl w:val="0"/>
        <w:numPr>
          <w:ilvl w:val="0"/>
          <w:numId w:val="12"/>
        </w:numPr>
        <w:tabs>
          <w:tab w:val="left" w:pos="863"/>
        </w:tabs>
        <w:autoSpaceDE w:val="0"/>
        <w:autoSpaceDN w:val="0"/>
        <w:spacing w:before="3" w:after="0" w:line="207" w:lineRule="exact"/>
        <w:ind w:left="863" w:hanging="359"/>
        <w:rPr>
          <w:rFonts w:ascii="Wingdings" w:eastAsia="Times New Roman" w:hAnsi="Wingdings" w:cs="Times New Roman"/>
          <w:sz w:val="18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di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impegnarsi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a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documentare</w:t>
      </w:r>
      <w:r w:rsidRPr="00E1333F">
        <w:rPr>
          <w:rFonts w:ascii="Arial MT" w:eastAsia="Times New Roman" w:hAnsi="Arial MT" w:cs="Times New Roman"/>
          <w:spacing w:val="-6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puntualmente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tutta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l’attività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>svolta</w:t>
      </w:r>
    </w:p>
    <w:p w14:paraId="093551B9" w14:textId="77777777" w:rsidR="00E1333F" w:rsidRPr="00E1333F" w:rsidRDefault="00E1333F" w:rsidP="00E1333F">
      <w:pPr>
        <w:widowControl w:val="0"/>
        <w:numPr>
          <w:ilvl w:val="0"/>
          <w:numId w:val="12"/>
        </w:numPr>
        <w:tabs>
          <w:tab w:val="left" w:pos="863"/>
        </w:tabs>
        <w:autoSpaceDE w:val="0"/>
        <w:autoSpaceDN w:val="0"/>
        <w:spacing w:after="0" w:line="207" w:lineRule="exact"/>
        <w:ind w:left="863" w:hanging="359"/>
        <w:rPr>
          <w:rFonts w:ascii="Wingdings" w:eastAsia="Times New Roman" w:hAnsi="Wingdings" w:cs="Times New Roman"/>
          <w:sz w:val="18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di</w:t>
      </w:r>
      <w:r w:rsidRPr="00E1333F">
        <w:rPr>
          <w:rFonts w:ascii="Arial MT" w:eastAsia="Times New Roman" w:hAnsi="Arial MT" w:cs="Times New Roman"/>
          <w:spacing w:val="-6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essere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disponibile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ad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adattarsi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al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calendario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definito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dal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Gruppo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Operativo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di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>Piano</w:t>
      </w:r>
    </w:p>
    <w:p w14:paraId="5D8CDABB" w14:textId="77777777" w:rsidR="00E1333F" w:rsidRPr="00E1333F" w:rsidRDefault="00E1333F" w:rsidP="00E1333F">
      <w:pPr>
        <w:widowControl w:val="0"/>
        <w:numPr>
          <w:ilvl w:val="0"/>
          <w:numId w:val="12"/>
        </w:numPr>
        <w:tabs>
          <w:tab w:val="left" w:pos="863"/>
        </w:tabs>
        <w:autoSpaceDE w:val="0"/>
        <w:autoSpaceDN w:val="0"/>
        <w:spacing w:before="84" w:after="0" w:line="240" w:lineRule="auto"/>
        <w:ind w:left="863" w:hanging="359"/>
        <w:rPr>
          <w:rFonts w:ascii="Wingdings" w:eastAsia="Times New Roman" w:hAnsi="Wingdings" w:cs="Times New Roman"/>
          <w:sz w:val="18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di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non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essere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in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alcuna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delle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condizioni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di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incompatibilità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con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l’incarico</w:t>
      </w:r>
      <w:r w:rsidRPr="00E1333F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previsti</w:t>
      </w:r>
      <w:r w:rsidRPr="00E1333F">
        <w:rPr>
          <w:rFonts w:ascii="Arial MT" w:eastAsia="Times New Roman" w:hAnsi="Arial MT" w:cs="Times New Roman"/>
          <w:spacing w:val="-1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dalla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norma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>vigente</w:t>
      </w:r>
    </w:p>
    <w:p w14:paraId="7FB01E6F" w14:textId="77777777" w:rsidR="00E1333F" w:rsidRPr="00E1333F" w:rsidRDefault="00E1333F" w:rsidP="00E1333F">
      <w:pPr>
        <w:widowControl w:val="0"/>
        <w:numPr>
          <w:ilvl w:val="0"/>
          <w:numId w:val="12"/>
        </w:numPr>
        <w:tabs>
          <w:tab w:val="left" w:pos="863"/>
        </w:tabs>
        <w:autoSpaceDE w:val="0"/>
        <w:autoSpaceDN w:val="0"/>
        <w:spacing w:after="0" w:line="240" w:lineRule="auto"/>
        <w:ind w:left="863" w:hanging="359"/>
        <w:rPr>
          <w:rFonts w:ascii="Wingdings" w:eastAsia="Times New Roman" w:hAnsi="Wingdings" w:cs="Times New Roman"/>
          <w:sz w:val="20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di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avere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la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competenza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informatica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l’uso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della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piattaforma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on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line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“Gestione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progetti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PON</w:t>
      </w:r>
      <w:r w:rsidRPr="00E1333F">
        <w:rPr>
          <w:rFonts w:ascii="Arial MT" w:eastAsia="Times New Roman" w:hAnsi="Arial MT" w:cs="Times New Roman"/>
          <w:spacing w:val="-1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>scuola”</w:t>
      </w:r>
    </w:p>
    <w:p w14:paraId="228C74BF" w14:textId="77777777" w:rsidR="00E1333F" w:rsidRPr="00E1333F" w:rsidRDefault="00E1333F" w:rsidP="00E1333F">
      <w:pPr>
        <w:widowControl w:val="0"/>
        <w:autoSpaceDE w:val="0"/>
        <w:autoSpaceDN w:val="0"/>
        <w:spacing w:before="39" w:after="0" w:line="240" w:lineRule="auto"/>
        <w:rPr>
          <w:rFonts w:ascii="Arial MT" w:eastAsia="Times New Roman" w:cs="Times New Roman"/>
          <w:sz w:val="18"/>
          <w:szCs w:val="24"/>
          <w:lang w:val="it-IT"/>
        </w:rPr>
      </w:pPr>
    </w:p>
    <w:p w14:paraId="016796F0" w14:textId="77777777" w:rsidR="00E1333F" w:rsidRPr="00E1333F" w:rsidRDefault="00E1333F" w:rsidP="00E1333F">
      <w:pPr>
        <w:widowControl w:val="0"/>
        <w:tabs>
          <w:tab w:val="left" w:pos="2232"/>
          <w:tab w:val="left" w:pos="7165"/>
        </w:tabs>
        <w:autoSpaceDE w:val="0"/>
        <w:autoSpaceDN w:val="0"/>
        <w:spacing w:after="0" w:line="240" w:lineRule="auto"/>
        <w:ind w:left="143"/>
        <w:rPr>
          <w:rFonts w:eastAsia="Times New Roman" w:cs="Times New Roman"/>
          <w:sz w:val="18"/>
          <w:lang w:val="it-IT"/>
        </w:rPr>
      </w:pPr>
      <w:r w:rsidRPr="00E1333F">
        <w:rPr>
          <w:rFonts w:eastAsia="Times New Roman" w:cs="Times New Roman"/>
          <w:spacing w:val="-4"/>
          <w:sz w:val="18"/>
          <w:lang w:val="it-IT"/>
        </w:rPr>
        <w:t>Data</w:t>
      </w:r>
      <w:r w:rsidRPr="00E1333F">
        <w:rPr>
          <w:rFonts w:eastAsia="Times New Roman" w:cs="Times New Roman"/>
          <w:sz w:val="18"/>
          <w:u w:val="single"/>
          <w:lang w:val="it-IT"/>
        </w:rPr>
        <w:tab/>
      </w:r>
      <w:r w:rsidRPr="00E1333F">
        <w:rPr>
          <w:rFonts w:eastAsia="Times New Roman" w:cs="Times New Roman"/>
          <w:spacing w:val="-4"/>
          <w:sz w:val="18"/>
          <w:lang w:val="it-IT"/>
        </w:rPr>
        <w:t>firma</w:t>
      </w:r>
      <w:r w:rsidRPr="00E1333F">
        <w:rPr>
          <w:rFonts w:eastAsia="Times New Roman" w:cs="Times New Roman"/>
          <w:sz w:val="18"/>
          <w:u w:val="single"/>
          <w:lang w:val="it-IT"/>
        </w:rPr>
        <w:tab/>
      </w:r>
    </w:p>
    <w:p w14:paraId="7E16169A" w14:textId="77777777" w:rsidR="00E1333F" w:rsidRPr="00E1333F" w:rsidRDefault="00E1333F" w:rsidP="00E1333F">
      <w:pPr>
        <w:widowControl w:val="0"/>
        <w:autoSpaceDE w:val="0"/>
        <w:autoSpaceDN w:val="0"/>
        <w:spacing w:before="27" w:after="0" w:line="240" w:lineRule="auto"/>
        <w:rPr>
          <w:rFonts w:eastAsia="Times New Roman" w:cs="Times New Roman"/>
          <w:sz w:val="18"/>
          <w:szCs w:val="24"/>
          <w:lang w:val="it-IT"/>
        </w:rPr>
      </w:pPr>
    </w:p>
    <w:p w14:paraId="306E129A" w14:textId="77777777" w:rsidR="00E1333F" w:rsidRPr="00E1333F" w:rsidRDefault="00E1333F" w:rsidP="00E1333F">
      <w:pPr>
        <w:widowControl w:val="0"/>
        <w:autoSpaceDE w:val="0"/>
        <w:autoSpaceDN w:val="0"/>
        <w:spacing w:after="0" w:line="240" w:lineRule="auto"/>
        <w:ind w:left="143"/>
        <w:rPr>
          <w:rFonts w:ascii="Arial MT" w:eastAsia="Times New Roman" w:cs="Times New Roman"/>
          <w:sz w:val="18"/>
          <w:lang w:val="it-IT"/>
        </w:rPr>
      </w:pPr>
      <w:r w:rsidRPr="00E1333F">
        <w:rPr>
          <w:rFonts w:ascii="Arial MT" w:eastAsia="Times New Roman" w:cs="Times New Roman"/>
          <w:sz w:val="18"/>
          <w:lang w:val="it-IT"/>
        </w:rPr>
        <w:lastRenderedPageBreak/>
        <w:t>Si</w:t>
      </w:r>
      <w:r w:rsidRPr="00E1333F">
        <w:rPr>
          <w:rFonts w:ascii="Arial MT" w:eastAsia="Times New Roman" w:cs="Times New Roman"/>
          <w:spacing w:val="-2"/>
          <w:sz w:val="18"/>
          <w:lang w:val="it-IT"/>
        </w:rPr>
        <w:t xml:space="preserve"> </w:t>
      </w:r>
      <w:r w:rsidRPr="00E1333F">
        <w:rPr>
          <w:rFonts w:ascii="Arial MT" w:eastAsia="Times New Roman" w:cs="Times New Roman"/>
          <w:sz w:val="18"/>
          <w:lang w:val="it-IT"/>
        </w:rPr>
        <w:t>allega</w:t>
      </w:r>
      <w:r w:rsidRPr="00E1333F">
        <w:rPr>
          <w:rFonts w:ascii="Arial MT" w:eastAsia="Times New Roman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cs="Times New Roman"/>
          <w:sz w:val="18"/>
          <w:lang w:val="it-IT"/>
        </w:rPr>
        <w:t>alla</w:t>
      </w:r>
      <w:r w:rsidRPr="00E1333F">
        <w:rPr>
          <w:rFonts w:ascii="Arial MT" w:eastAsia="Times New Roman" w:cs="Times New Roman"/>
          <w:spacing w:val="-1"/>
          <w:sz w:val="18"/>
          <w:lang w:val="it-IT"/>
        </w:rPr>
        <w:t xml:space="preserve"> </w:t>
      </w:r>
      <w:r w:rsidRPr="00E1333F">
        <w:rPr>
          <w:rFonts w:ascii="Arial MT" w:eastAsia="Times New Roman" w:cs="Times New Roman"/>
          <w:spacing w:val="-2"/>
          <w:sz w:val="18"/>
          <w:lang w:val="it-IT"/>
        </w:rPr>
        <w:t>presente</w:t>
      </w:r>
    </w:p>
    <w:p w14:paraId="09CC5851" w14:textId="77777777" w:rsidR="00E1333F" w:rsidRPr="00E1333F" w:rsidRDefault="00E1333F" w:rsidP="00E1333F">
      <w:pPr>
        <w:widowControl w:val="0"/>
        <w:autoSpaceDE w:val="0"/>
        <w:autoSpaceDN w:val="0"/>
        <w:spacing w:before="20" w:after="0" w:line="240" w:lineRule="auto"/>
        <w:rPr>
          <w:rFonts w:ascii="Arial MT" w:eastAsia="Times New Roman" w:cs="Times New Roman"/>
          <w:sz w:val="18"/>
          <w:szCs w:val="24"/>
          <w:lang w:val="it-IT"/>
        </w:rPr>
      </w:pPr>
    </w:p>
    <w:p w14:paraId="7F64E201" w14:textId="77777777" w:rsidR="00E1333F" w:rsidRPr="00E1333F" w:rsidRDefault="00E1333F" w:rsidP="00E1333F">
      <w:pPr>
        <w:widowControl w:val="0"/>
        <w:numPr>
          <w:ilvl w:val="0"/>
          <w:numId w:val="11"/>
        </w:numPr>
        <w:tabs>
          <w:tab w:val="left" w:pos="623"/>
        </w:tabs>
        <w:autoSpaceDE w:val="0"/>
        <w:autoSpaceDN w:val="0"/>
        <w:spacing w:before="1" w:after="0" w:line="240" w:lineRule="auto"/>
        <w:ind w:left="623" w:hanging="480"/>
        <w:rPr>
          <w:rFonts w:ascii="Arial MT" w:eastAsia="Times New Roman" w:hAnsi="Arial MT" w:cs="Times New Roman"/>
          <w:sz w:val="18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Documento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di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identità</w:t>
      </w:r>
      <w:r w:rsidRPr="00E1333F">
        <w:rPr>
          <w:rFonts w:ascii="Arial MT" w:eastAsia="Times New Roman" w:hAnsi="Arial MT" w:cs="Times New Roman"/>
          <w:spacing w:val="-1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in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>fotocopia</w:t>
      </w:r>
    </w:p>
    <w:p w14:paraId="5C3F449C" w14:textId="77777777" w:rsidR="00E1333F" w:rsidRPr="00E1333F" w:rsidRDefault="00E1333F" w:rsidP="00E1333F">
      <w:pPr>
        <w:widowControl w:val="0"/>
        <w:numPr>
          <w:ilvl w:val="0"/>
          <w:numId w:val="11"/>
        </w:numPr>
        <w:tabs>
          <w:tab w:val="left" w:pos="623"/>
        </w:tabs>
        <w:autoSpaceDE w:val="0"/>
        <w:autoSpaceDN w:val="0"/>
        <w:spacing w:before="18" w:after="0" w:line="240" w:lineRule="auto"/>
        <w:ind w:left="623" w:hanging="480"/>
        <w:rPr>
          <w:rFonts w:ascii="Arial MT" w:eastAsia="Times New Roman" w:hAnsi="Arial MT" w:cs="Times New Roman"/>
          <w:sz w:val="18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Allegato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B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(griglia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di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>valutazione)</w:t>
      </w:r>
    </w:p>
    <w:p w14:paraId="02380571" w14:textId="77777777" w:rsidR="00E1333F" w:rsidRPr="00E1333F" w:rsidRDefault="00E1333F" w:rsidP="00E1333F">
      <w:pPr>
        <w:widowControl w:val="0"/>
        <w:numPr>
          <w:ilvl w:val="0"/>
          <w:numId w:val="11"/>
        </w:numPr>
        <w:tabs>
          <w:tab w:val="left" w:pos="623"/>
        </w:tabs>
        <w:autoSpaceDE w:val="0"/>
        <w:autoSpaceDN w:val="0"/>
        <w:spacing w:before="21" w:after="0" w:line="240" w:lineRule="auto"/>
        <w:ind w:left="623" w:hanging="480"/>
        <w:rPr>
          <w:rFonts w:ascii="Arial MT" w:eastAsia="Times New Roman" w:hAnsi="Arial MT" w:cs="Times New Roman"/>
          <w:sz w:val="18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Allegato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C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(Proposta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>progettuale)</w:t>
      </w:r>
    </w:p>
    <w:p w14:paraId="3A3581B0" w14:textId="77777777" w:rsidR="00E1333F" w:rsidRPr="00E1333F" w:rsidRDefault="00E1333F" w:rsidP="00E1333F">
      <w:pPr>
        <w:widowControl w:val="0"/>
        <w:numPr>
          <w:ilvl w:val="0"/>
          <w:numId w:val="11"/>
        </w:numPr>
        <w:tabs>
          <w:tab w:val="left" w:pos="623"/>
        </w:tabs>
        <w:autoSpaceDE w:val="0"/>
        <w:autoSpaceDN w:val="0"/>
        <w:spacing w:before="21" w:after="0" w:line="240" w:lineRule="auto"/>
        <w:ind w:left="623" w:hanging="480"/>
        <w:rPr>
          <w:rFonts w:ascii="Arial MT" w:eastAsia="Times New Roman" w:hAnsi="Arial MT" w:cs="Times New Roman"/>
          <w:sz w:val="18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Curriculum</w:t>
      </w:r>
      <w:r w:rsidRPr="00E1333F">
        <w:rPr>
          <w:rFonts w:ascii="Arial MT" w:eastAsia="Times New Roman" w:hAnsi="Arial MT" w:cs="Times New Roman"/>
          <w:spacing w:val="-8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>Vitae in formato europeo</w:t>
      </w:r>
    </w:p>
    <w:p w14:paraId="31BD1B47" w14:textId="77777777" w:rsidR="00E1333F" w:rsidRPr="00E1333F" w:rsidRDefault="00E1333F" w:rsidP="00E1333F">
      <w:pPr>
        <w:widowControl w:val="0"/>
        <w:numPr>
          <w:ilvl w:val="0"/>
          <w:numId w:val="11"/>
        </w:numPr>
        <w:tabs>
          <w:tab w:val="left" w:pos="623"/>
        </w:tabs>
        <w:autoSpaceDE w:val="0"/>
        <w:autoSpaceDN w:val="0"/>
        <w:spacing w:before="19" w:after="0" w:line="240" w:lineRule="auto"/>
        <w:ind w:left="623" w:hanging="480"/>
        <w:rPr>
          <w:rFonts w:ascii="Arial MT" w:eastAsia="Times New Roman" w:hAnsi="Arial MT" w:cs="Times New Roman"/>
          <w:sz w:val="18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Dichiarazione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inesistenza</w:t>
      </w:r>
      <w:r w:rsidRPr="00E1333F">
        <w:rPr>
          <w:rFonts w:ascii="Arial MT" w:eastAsia="Times New Roman" w:hAnsi="Arial MT" w:cs="Times New Roman"/>
          <w:spacing w:val="-6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z w:val="18"/>
          <w:lang w:val="it-IT"/>
        </w:rPr>
        <w:t>cause</w:t>
      </w:r>
      <w:r w:rsidRPr="00E1333F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E1333F">
        <w:rPr>
          <w:rFonts w:ascii="Arial MT" w:eastAsia="Times New Roman" w:hAnsi="Arial MT" w:cs="Times New Roman"/>
          <w:spacing w:val="-2"/>
          <w:sz w:val="18"/>
          <w:lang w:val="it-IT"/>
        </w:rPr>
        <w:t>ostative</w:t>
      </w:r>
    </w:p>
    <w:p w14:paraId="3ECC3135" w14:textId="77777777" w:rsidR="00E1333F" w:rsidRPr="00E1333F" w:rsidRDefault="00E1333F" w:rsidP="00E1333F">
      <w:pPr>
        <w:widowControl w:val="0"/>
        <w:autoSpaceDE w:val="0"/>
        <w:autoSpaceDN w:val="0"/>
        <w:spacing w:after="0" w:line="240" w:lineRule="auto"/>
        <w:rPr>
          <w:rFonts w:ascii="Arial MT" w:eastAsia="Times New Roman" w:cs="Times New Roman"/>
          <w:sz w:val="18"/>
          <w:szCs w:val="24"/>
          <w:lang w:val="it-IT"/>
        </w:rPr>
      </w:pPr>
    </w:p>
    <w:p w14:paraId="3A88A3DB" w14:textId="77777777" w:rsidR="00E1333F" w:rsidRPr="00E1333F" w:rsidRDefault="00E1333F" w:rsidP="00E1333F">
      <w:pPr>
        <w:widowControl w:val="0"/>
        <w:autoSpaceDE w:val="0"/>
        <w:autoSpaceDN w:val="0"/>
        <w:spacing w:after="0" w:line="240" w:lineRule="auto"/>
        <w:rPr>
          <w:rFonts w:ascii="Arial MT" w:eastAsia="Times New Roman" w:cs="Times New Roman"/>
          <w:sz w:val="18"/>
          <w:szCs w:val="24"/>
          <w:lang w:val="it-IT"/>
        </w:rPr>
      </w:pPr>
    </w:p>
    <w:p w14:paraId="334023E8" w14:textId="77777777" w:rsidR="00E1333F" w:rsidRPr="00E1333F" w:rsidRDefault="00E1333F" w:rsidP="00E1333F">
      <w:pPr>
        <w:widowControl w:val="0"/>
        <w:autoSpaceDE w:val="0"/>
        <w:autoSpaceDN w:val="0"/>
        <w:spacing w:after="0" w:line="240" w:lineRule="auto"/>
        <w:ind w:left="143"/>
        <w:rPr>
          <w:rFonts w:ascii="Arial" w:eastAsia="Times New Roman" w:hAnsi="Arial" w:cs="Times New Roman"/>
          <w:b/>
          <w:sz w:val="18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>N.B.:</w:t>
      </w:r>
      <w:r w:rsidRPr="00E1333F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sz w:val="18"/>
          <w:u w:val="single"/>
          <w:lang w:val="it-IT"/>
        </w:rPr>
        <w:t>La</w:t>
      </w:r>
      <w:r w:rsidRPr="00E1333F">
        <w:rPr>
          <w:rFonts w:ascii="Arial" w:eastAsia="Times New Roman" w:hAnsi="Arial" w:cs="Times New Roman"/>
          <w:b/>
          <w:spacing w:val="-2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sz w:val="18"/>
          <w:u w:val="single"/>
          <w:lang w:val="it-IT"/>
        </w:rPr>
        <w:t>domanda</w:t>
      </w:r>
      <w:r w:rsidRPr="00E1333F">
        <w:rPr>
          <w:rFonts w:ascii="Arial" w:eastAsia="Times New Roman" w:hAnsi="Arial" w:cs="Times New Roman"/>
          <w:b/>
          <w:spacing w:val="-2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sz w:val="18"/>
          <w:u w:val="single"/>
          <w:lang w:val="it-IT"/>
        </w:rPr>
        <w:t>priva</w:t>
      </w:r>
      <w:r w:rsidRPr="00E1333F">
        <w:rPr>
          <w:rFonts w:ascii="Arial" w:eastAsia="Times New Roman" w:hAnsi="Arial" w:cs="Times New Roman"/>
          <w:b/>
          <w:spacing w:val="-2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sz w:val="18"/>
          <w:u w:val="single"/>
          <w:lang w:val="it-IT"/>
        </w:rPr>
        <w:t>degli</w:t>
      </w:r>
      <w:r w:rsidRPr="00E1333F">
        <w:rPr>
          <w:rFonts w:ascii="Arial" w:eastAsia="Times New Roman" w:hAnsi="Arial" w:cs="Times New Roman"/>
          <w:b/>
          <w:spacing w:val="-2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sz w:val="18"/>
          <w:u w:val="single"/>
          <w:lang w:val="it-IT"/>
        </w:rPr>
        <w:t>allegati</w:t>
      </w:r>
      <w:r w:rsidRPr="00E1333F">
        <w:rPr>
          <w:rFonts w:ascii="Arial" w:eastAsia="Times New Roman" w:hAnsi="Arial" w:cs="Times New Roman"/>
          <w:b/>
          <w:spacing w:val="-3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sz w:val="18"/>
          <w:u w:val="single"/>
          <w:lang w:val="it-IT"/>
        </w:rPr>
        <w:t>e</w:t>
      </w:r>
      <w:r w:rsidRPr="00E1333F">
        <w:rPr>
          <w:rFonts w:ascii="Arial" w:eastAsia="Times New Roman" w:hAnsi="Arial" w:cs="Times New Roman"/>
          <w:b/>
          <w:spacing w:val="-4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sz w:val="18"/>
          <w:u w:val="single"/>
          <w:lang w:val="it-IT"/>
        </w:rPr>
        <w:t>non</w:t>
      </w:r>
      <w:r w:rsidRPr="00E1333F">
        <w:rPr>
          <w:rFonts w:ascii="Arial" w:eastAsia="Times New Roman" w:hAnsi="Arial" w:cs="Times New Roman"/>
          <w:b/>
          <w:spacing w:val="-2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sz w:val="18"/>
          <w:u w:val="single"/>
          <w:lang w:val="it-IT"/>
        </w:rPr>
        <w:t>firmati</w:t>
      </w:r>
      <w:r w:rsidRPr="00E1333F">
        <w:rPr>
          <w:rFonts w:ascii="Arial" w:eastAsia="Times New Roman" w:hAnsi="Arial" w:cs="Times New Roman"/>
          <w:b/>
          <w:spacing w:val="-2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sz w:val="18"/>
          <w:u w:val="single"/>
          <w:lang w:val="it-IT"/>
        </w:rPr>
        <w:t>non</w:t>
      </w:r>
      <w:r w:rsidRPr="00E1333F">
        <w:rPr>
          <w:rFonts w:ascii="Arial" w:eastAsia="Times New Roman" w:hAnsi="Arial" w:cs="Times New Roman"/>
          <w:b/>
          <w:spacing w:val="-2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sz w:val="18"/>
          <w:u w:val="single"/>
          <w:lang w:val="it-IT"/>
        </w:rPr>
        <w:t>verrà</w:t>
      </w:r>
      <w:r w:rsidRPr="00E1333F">
        <w:rPr>
          <w:rFonts w:ascii="Arial" w:eastAsia="Times New Roman" w:hAnsi="Arial" w:cs="Times New Roman"/>
          <w:b/>
          <w:spacing w:val="-2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sz w:val="18"/>
          <w:u w:val="single"/>
          <w:lang w:val="it-IT"/>
        </w:rPr>
        <w:t>presa</w:t>
      </w:r>
      <w:r w:rsidRPr="00E1333F">
        <w:rPr>
          <w:rFonts w:ascii="Arial" w:eastAsia="Times New Roman" w:hAnsi="Arial" w:cs="Times New Roman"/>
          <w:b/>
          <w:spacing w:val="-4"/>
          <w:sz w:val="18"/>
          <w:u w:val="single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sz w:val="18"/>
          <w:u w:val="single"/>
          <w:lang w:val="it-IT"/>
        </w:rPr>
        <w:t>in</w:t>
      </w:r>
      <w:r w:rsidRPr="00E1333F">
        <w:rPr>
          <w:rFonts w:ascii="Arial" w:eastAsia="Times New Roman" w:hAnsi="Arial" w:cs="Times New Roman"/>
          <w:b/>
          <w:spacing w:val="-2"/>
          <w:sz w:val="18"/>
          <w:u w:val="single"/>
          <w:lang w:val="it-IT"/>
        </w:rPr>
        <w:t xml:space="preserve"> considerazione</w:t>
      </w:r>
    </w:p>
    <w:p w14:paraId="3EAE3739" w14:textId="77777777" w:rsidR="00E1333F" w:rsidRPr="00E1333F" w:rsidRDefault="00E1333F" w:rsidP="00E1333F">
      <w:pPr>
        <w:widowControl w:val="0"/>
        <w:autoSpaceDE w:val="0"/>
        <w:autoSpaceDN w:val="0"/>
        <w:spacing w:before="200" w:after="0" w:line="240" w:lineRule="auto"/>
        <w:rPr>
          <w:rFonts w:ascii="Arial" w:eastAsia="Times New Roman" w:cs="Times New Roman"/>
          <w:b/>
          <w:sz w:val="18"/>
          <w:szCs w:val="24"/>
          <w:lang w:val="it-IT"/>
        </w:rPr>
      </w:pPr>
    </w:p>
    <w:p w14:paraId="3C896B89" w14:textId="77777777" w:rsidR="00E1333F" w:rsidRPr="00E1333F" w:rsidRDefault="00E1333F" w:rsidP="00E1333F">
      <w:pPr>
        <w:widowControl w:val="0"/>
        <w:autoSpaceDE w:val="0"/>
        <w:autoSpaceDN w:val="0"/>
        <w:spacing w:after="0" w:line="240" w:lineRule="auto"/>
        <w:ind w:left="246" w:right="245"/>
        <w:jc w:val="center"/>
        <w:rPr>
          <w:rFonts w:ascii="Arial" w:eastAsia="Times New Roman" w:cs="Times New Roman"/>
          <w:b/>
          <w:sz w:val="18"/>
          <w:lang w:val="it-IT"/>
        </w:rPr>
      </w:pPr>
      <w:r w:rsidRPr="00E1333F">
        <w:rPr>
          <w:rFonts w:ascii="Arial" w:eastAsia="Times New Roman" w:cs="Times New Roman"/>
          <w:b/>
          <w:sz w:val="18"/>
          <w:lang w:val="it-IT"/>
        </w:rPr>
        <w:t>DICHIARAZIONI</w:t>
      </w:r>
      <w:r w:rsidRPr="00E1333F">
        <w:rPr>
          <w:rFonts w:ascii="Arial" w:eastAsia="Times New Roman" w:cs="Times New Roman"/>
          <w:b/>
          <w:spacing w:val="-9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spacing w:val="-2"/>
          <w:sz w:val="18"/>
          <w:lang w:val="it-IT"/>
        </w:rPr>
        <w:t>AGGIUNTIVE</w:t>
      </w:r>
    </w:p>
    <w:p w14:paraId="7EEF3AD6" w14:textId="77777777" w:rsidR="00E1333F" w:rsidRPr="00E1333F" w:rsidRDefault="00E1333F" w:rsidP="00E1333F">
      <w:pPr>
        <w:widowControl w:val="0"/>
        <w:autoSpaceDE w:val="0"/>
        <w:autoSpaceDN w:val="0"/>
        <w:spacing w:before="199" w:after="0" w:line="207" w:lineRule="exact"/>
        <w:ind w:left="143"/>
        <w:jc w:val="both"/>
        <w:rPr>
          <w:rFonts w:ascii="Arial" w:eastAsia="Times New Roman" w:cs="Times New Roman"/>
          <w:b/>
          <w:i/>
          <w:sz w:val="18"/>
          <w:lang w:val="it-IT"/>
        </w:rPr>
      </w:pPr>
      <w:r w:rsidRPr="00E1333F">
        <w:rPr>
          <w:rFonts w:ascii="Arial" w:eastAsia="Times New Roman" w:cs="Times New Roman"/>
          <w:b/>
          <w:i/>
          <w:sz w:val="18"/>
          <w:lang w:val="it-IT"/>
        </w:rPr>
        <w:t>Il/la</w:t>
      </w:r>
      <w:r w:rsidRPr="00E1333F">
        <w:rPr>
          <w:rFonts w:ascii="Arial" w:eastAsia="Times New Roman" w:cs="Times New Roman"/>
          <w:b/>
          <w:i/>
          <w:spacing w:val="-2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z w:val="18"/>
          <w:lang w:val="it-IT"/>
        </w:rPr>
        <w:t>sottoscritto/a,</w:t>
      </w:r>
      <w:r w:rsidRPr="00E1333F">
        <w:rPr>
          <w:rFonts w:ascii="Arial" w:eastAsia="Times New Roman" w:cs="Times New Roman"/>
          <w:b/>
          <w:i/>
          <w:spacing w:val="-2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z w:val="18"/>
          <w:lang w:val="it-IT"/>
        </w:rPr>
        <w:t>AI</w:t>
      </w:r>
      <w:r w:rsidRPr="00E1333F">
        <w:rPr>
          <w:rFonts w:ascii="Arial" w:eastAsia="Times New Roman" w:cs="Times New Roman"/>
          <w:b/>
          <w:i/>
          <w:spacing w:val="-2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z w:val="18"/>
          <w:lang w:val="it-IT"/>
        </w:rPr>
        <w:t>SENSI</w:t>
      </w:r>
      <w:r w:rsidRPr="00E1333F">
        <w:rPr>
          <w:rFonts w:ascii="Arial" w:eastAsia="Times New Roman" w:cs="Times New Roman"/>
          <w:b/>
          <w:i/>
          <w:spacing w:val="-7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z w:val="18"/>
          <w:lang w:val="it-IT"/>
        </w:rPr>
        <w:t>DEGLI</w:t>
      </w:r>
      <w:r w:rsidRPr="00E1333F">
        <w:rPr>
          <w:rFonts w:ascii="Arial" w:eastAsia="Times New Roman" w:cs="Times New Roman"/>
          <w:b/>
          <w:i/>
          <w:spacing w:val="-1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z w:val="18"/>
          <w:lang w:val="it-IT"/>
        </w:rPr>
        <w:t>ART.</w:t>
      </w:r>
      <w:r w:rsidRPr="00E1333F">
        <w:rPr>
          <w:rFonts w:ascii="Arial" w:eastAsia="Times New Roman" w:cs="Times New Roman"/>
          <w:b/>
          <w:i/>
          <w:spacing w:val="-2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z w:val="18"/>
          <w:lang w:val="it-IT"/>
        </w:rPr>
        <w:t>46</w:t>
      </w:r>
      <w:r w:rsidRPr="00E1333F">
        <w:rPr>
          <w:rFonts w:ascii="Arial" w:eastAsia="Times New Roman" w:cs="Times New Roman"/>
          <w:b/>
          <w:i/>
          <w:spacing w:val="-2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z w:val="18"/>
          <w:lang w:val="it-IT"/>
        </w:rPr>
        <w:t>E</w:t>
      </w:r>
      <w:r w:rsidRPr="00E1333F">
        <w:rPr>
          <w:rFonts w:ascii="Arial" w:eastAsia="Times New Roman" w:cs="Times New Roman"/>
          <w:b/>
          <w:i/>
          <w:spacing w:val="-2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z w:val="18"/>
          <w:lang w:val="it-IT"/>
        </w:rPr>
        <w:t>47</w:t>
      </w:r>
      <w:r w:rsidRPr="00E1333F">
        <w:rPr>
          <w:rFonts w:ascii="Arial" w:eastAsia="Times New Roman" w:cs="Times New Roman"/>
          <w:b/>
          <w:i/>
          <w:spacing w:val="-2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z w:val="18"/>
          <w:lang w:val="it-IT"/>
        </w:rPr>
        <w:t>DEL</w:t>
      </w:r>
      <w:r w:rsidRPr="00E1333F">
        <w:rPr>
          <w:rFonts w:ascii="Arial" w:eastAsia="Times New Roman" w:cs="Times New Roman"/>
          <w:b/>
          <w:i/>
          <w:spacing w:val="-1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z w:val="18"/>
          <w:lang w:val="it-IT"/>
        </w:rPr>
        <w:t>DPR</w:t>
      </w:r>
      <w:r w:rsidRPr="00E1333F">
        <w:rPr>
          <w:rFonts w:ascii="Arial" w:eastAsia="Times New Roman" w:cs="Times New Roman"/>
          <w:b/>
          <w:i/>
          <w:spacing w:val="-2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z w:val="18"/>
          <w:lang w:val="it-IT"/>
        </w:rPr>
        <w:t>28.12.2000</w:t>
      </w:r>
      <w:r w:rsidRPr="00E1333F">
        <w:rPr>
          <w:rFonts w:ascii="Arial" w:eastAsia="Times New Roman" w:cs="Times New Roman"/>
          <w:b/>
          <w:i/>
          <w:spacing w:val="-2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z w:val="18"/>
          <w:lang w:val="it-IT"/>
        </w:rPr>
        <w:t>N.</w:t>
      </w:r>
      <w:r w:rsidRPr="00E1333F">
        <w:rPr>
          <w:rFonts w:ascii="Arial" w:eastAsia="Times New Roman" w:cs="Times New Roman"/>
          <w:b/>
          <w:i/>
          <w:spacing w:val="-2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z w:val="18"/>
          <w:lang w:val="it-IT"/>
        </w:rPr>
        <w:t>445,</w:t>
      </w:r>
      <w:r w:rsidRPr="00E1333F">
        <w:rPr>
          <w:rFonts w:ascii="Arial" w:eastAsia="Times New Roman" w:cs="Times New Roman"/>
          <w:b/>
          <w:i/>
          <w:spacing w:val="-2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z w:val="18"/>
          <w:lang w:val="it-IT"/>
        </w:rPr>
        <w:t>CONSAPEVOLE</w:t>
      </w:r>
      <w:r w:rsidRPr="00E1333F">
        <w:rPr>
          <w:rFonts w:ascii="Arial" w:eastAsia="Times New Roman" w:cs="Times New Roman"/>
          <w:b/>
          <w:i/>
          <w:spacing w:val="-1"/>
          <w:sz w:val="18"/>
          <w:lang w:val="it-IT"/>
        </w:rPr>
        <w:t xml:space="preserve"> </w:t>
      </w:r>
      <w:r w:rsidRPr="00E1333F">
        <w:rPr>
          <w:rFonts w:ascii="Arial" w:eastAsia="Times New Roman" w:cs="Times New Roman"/>
          <w:b/>
          <w:i/>
          <w:spacing w:val="-2"/>
          <w:sz w:val="18"/>
          <w:lang w:val="it-IT"/>
        </w:rPr>
        <w:t>DELLA</w:t>
      </w:r>
    </w:p>
    <w:p w14:paraId="3AB11C4D" w14:textId="77777777" w:rsidR="00E1333F" w:rsidRPr="00E1333F" w:rsidRDefault="00E1333F" w:rsidP="00E1333F">
      <w:pPr>
        <w:widowControl w:val="0"/>
        <w:autoSpaceDE w:val="0"/>
        <w:autoSpaceDN w:val="0"/>
        <w:spacing w:after="0" w:line="240" w:lineRule="auto"/>
        <w:ind w:left="143"/>
        <w:jc w:val="both"/>
        <w:rPr>
          <w:rFonts w:ascii="Arial" w:eastAsia="Times New Roman" w:hAnsi="Arial" w:cs="Times New Roman"/>
          <w:b/>
          <w:i/>
          <w:sz w:val="18"/>
          <w:lang w:val="it-IT"/>
        </w:rPr>
      </w:pP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>RESPONSABILITA'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>PENALE</w:t>
      </w:r>
      <w:r w:rsidRPr="00E1333F">
        <w:rPr>
          <w:rFonts w:ascii="Arial" w:eastAsia="Times New Roman" w:hAnsi="Arial" w:cs="Times New Roman"/>
          <w:b/>
          <w:i/>
          <w:spacing w:val="-1"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>CUI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>PUO’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>ANDARE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>INCONTRO</w:t>
      </w:r>
      <w:r w:rsidRPr="00E1333F">
        <w:rPr>
          <w:rFonts w:ascii="Arial" w:eastAsia="Times New Roman" w:hAnsi="Arial" w:cs="Times New Roman"/>
          <w:b/>
          <w:i/>
          <w:spacing w:val="-5"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>IN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>CASO</w:t>
      </w:r>
      <w:r w:rsidRPr="00E1333F">
        <w:rPr>
          <w:rFonts w:ascii="Arial" w:eastAsia="Times New Roman" w:hAnsi="Arial" w:cs="Times New Roman"/>
          <w:b/>
          <w:i/>
          <w:spacing w:val="-4"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>DI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>AFFERMAZIONI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>MENDACI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>AI</w:t>
      </w:r>
      <w:r w:rsidRPr="00E1333F">
        <w:rPr>
          <w:rFonts w:ascii="Arial" w:eastAsia="Times New Roman" w:hAnsi="Arial" w:cs="Times New Roman"/>
          <w:b/>
          <w:i/>
          <w:spacing w:val="-3"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>SENSI DELL'ART. 76 DEL MEDESIMO DPR 445/2000 DICHIARA</w:t>
      </w:r>
      <w:r w:rsidRPr="00E1333F">
        <w:rPr>
          <w:rFonts w:ascii="Arial" w:eastAsia="Times New Roman" w:hAnsi="Arial" w:cs="Times New Roman"/>
          <w:b/>
          <w:i/>
          <w:spacing w:val="-1"/>
          <w:sz w:val="18"/>
          <w:lang w:val="it-IT"/>
        </w:rPr>
        <w:t xml:space="preserve"> </w:t>
      </w:r>
      <w:r w:rsidRPr="00E1333F">
        <w:rPr>
          <w:rFonts w:ascii="Arial" w:eastAsia="Times New Roman" w:hAnsi="Arial" w:cs="Times New Roman"/>
          <w:b/>
          <w:i/>
          <w:sz w:val="18"/>
          <w:lang w:val="it-IT"/>
        </w:rPr>
        <w:t>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379799DA" w14:textId="77777777" w:rsidR="00E1333F" w:rsidRPr="00E1333F" w:rsidRDefault="00E1333F" w:rsidP="00E1333F">
      <w:pPr>
        <w:widowControl w:val="0"/>
        <w:autoSpaceDE w:val="0"/>
        <w:autoSpaceDN w:val="0"/>
        <w:spacing w:before="203" w:after="0" w:line="240" w:lineRule="auto"/>
        <w:rPr>
          <w:rFonts w:ascii="Arial" w:eastAsia="Times New Roman" w:cs="Times New Roman"/>
          <w:b/>
          <w:i/>
          <w:sz w:val="18"/>
          <w:szCs w:val="24"/>
          <w:lang w:val="it-IT"/>
        </w:rPr>
      </w:pPr>
    </w:p>
    <w:p w14:paraId="4DF61EE7" w14:textId="77777777" w:rsidR="00E1333F" w:rsidRPr="00E1333F" w:rsidRDefault="00E1333F" w:rsidP="00E1333F">
      <w:pPr>
        <w:widowControl w:val="0"/>
        <w:tabs>
          <w:tab w:val="left" w:pos="2469"/>
          <w:tab w:val="left" w:pos="7317"/>
        </w:tabs>
        <w:autoSpaceDE w:val="0"/>
        <w:autoSpaceDN w:val="0"/>
        <w:spacing w:after="0" w:line="240" w:lineRule="auto"/>
        <w:ind w:left="143"/>
        <w:rPr>
          <w:rFonts w:ascii="Arial MT" w:eastAsia="Times New Roman" w:cs="Times New Roman"/>
          <w:sz w:val="18"/>
          <w:lang w:val="it-IT"/>
        </w:rPr>
      </w:pPr>
      <w:r w:rsidRPr="00E1333F">
        <w:rPr>
          <w:rFonts w:ascii="Arial MT" w:eastAsia="Times New Roman" w:cs="Times New Roman"/>
          <w:spacing w:val="-4"/>
          <w:sz w:val="18"/>
          <w:lang w:val="it-IT"/>
        </w:rPr>
        <w:t>Data</w:t>
      </w:r>
      <w:r w:rsidRPr="00E1333F">
        <w:rPr>
          <w:rFonts w:ascii="Arial MT" w:eastAsia="Times New Roman" w:cs="Times New Roman"/>
          <w:sz w:val="18"/>
          <w:u w:val="single"/>
          <w:lang w:val="it-IT"/>
        </w:rPr>
        <w:tab/>
      </w:r>
      <w:r w:rsidRPr="00E1333F">
        <w:rPr>
          <w:rFonts w:ascii="Arial MT" w:eastAsia="Times New Roman" w:cs="Times New Roman"/>
          <w:spacing w:val="-2"/>
          <w:sz w:val="18"/>
          <w:lang w:val="it-IT"/>
        </w:rPr>
        <w:t>firma</w:t>
      </w:r>
      <w:r w:rsidRPr="00E1333F">
        <w:rPr>
          <w:rFonts w:ascii="Arial MT" w:eastAsia="Times New Roman" w:cs="Times New Roman"/>
          <w:sz w:val="18"/>
          <w:u w:val="single"/>
          <w:lang w:val="it-IT"/>
        </w:rPr>
        <w:tab/>
      </w:r>
    </w:p>
    <w:p w14:paraId="760C7488" w14:textId="77777777" w:rsidR="00E1333F" w:rsidRPr="00E1333F" w:rsidRDefault="00E1333F" w:rsidP="00E1333F">
      <w:pPr>
        <w:widowControl w:val="0"/>
        <w:autoSpaceDE w:val="0"/>
        <w:autoSpaceDN w:val="0"/>
        <w:spacing w:before="198" w:after="0" w:line="240" w:lineRule="auto"/>
        <w:rPr>
          <w:rFonts w:ascii="Arial MT" w:eastAsia="Times New Roman" w:cs="Times New Roman"/>
          <w:sz w:val="18"/>
          <w:szCs w:val="24"/>
          <w:lang w:val="it-IT"/>
        </w:rPr>
      </w:pPr>
    </w:p>
    <w:p w14:paraId="581E231B" w14:textId="1148E365" w:rsidR="00E1333F" w:rsidRPr="00E1333F" w:rsidRDefault="00E1333F" w:rsidP="00E1333F">
      <w:pPr>
        <w:widowControl w:val="0"/>
        <w:tabs>
          <w:tab w:val="left" w:pos="9350"/>
        </w:tabs>
        <w:autoSpaceDE w:val="0"/>
        <w:autoSpaceDN w:val="0"/>
        <w:spacing w:after="0" w:line="240" w:lineRule="auto"/>
        <w:ind w:left="143" w:right="573"/>
        <w:rPr>
          <w:rFonts w:ascii="Arial MT" w:eastAsia="Times New Roman" w:cs="Times New Roman"/>
          <w:sz w:val="18"/>
          <w:lang w:val="it-IT"/>
        </w:rPr>
      </w:pPr>
      <w:r w:rsidRPr="00E1333F">
        <w:rPr>
          <w:rFonts w:ascii="Arial MT" w:eastAsia="Times New Roman" w:hAnsi="Arial MT" w:cs="Times New Roman"/>
          <w:sz w:val="18"/>
          <w:lang w:val="it-IT"/>
        </w:rPr>
        <w:t xml:space="preserve">Il/la sottoscritto/a, ai sensi della legge 196/03 e successivo GDPR679/2016, autorizza l’istituto </w:t>
      </w:r>
      <w:r>
        <w:rPr>
          <w:rFonts w:ascii="Arial MT" w:eastAsia="Times New Roman" w:hAnsi="Arial MT" w:cs="Times New Roman"/>
          <w:sz w:val="18"/>
          <w:lang w:val="it-IT"/>
        </w:rPr>
        <w:t>______________</w:t>
      </w:r>
      <w:r w:rsidRPr="00E1333F">
        <w:rPr>
          <w:rFonts w:ascii="Arial MT" w:eastAsia="Times New Roman" w:hAnsi="Arial MT" w:cs="Times New Roman"/>
          <w:spacing w:val="-6"/>
          <w:sz w:val="18"/>
          <w:lang w:val="it-IT"/>
        </w:rPr>
        <w:t xml:space="preserve">al </w:t>
      </w:r>
      <w:r w:rsidRPr="00E1333F">
        <w:rPr>
          <w:rFonts w:ascii="Arial MT" w:eastAsia="Times New Roman" w:hAnsi="Arial MT" w:cs="Times New Roman"/>
          <w:sz w:val="18"/>
          <w:lang w:val="it-IT"/>
        </w:rPr>
        <w:t>trattamento dei dati contenuti nella presente autocertificazione esclusivamente nell’ambito e per i</w:t>
      </w:r>
      <w:r>
        <w:rPr>
          <w:rFonts w:ascii="Arial MT" w:eastAsia="Times New Roman" w:hAnsi="Arial MT" w:cs="Times New Roman"/>
          <w:sz w:val="18"/>
          <w:lang w:val="it-IT"/>
        </w:rPr>
        <w:t xml:space="preserve"> </w:t>
      </w:r>
      <w:r w:rsidRPr="00E1333F">
        <w:rPr>
          <w:rFonts w:ascii="Arial MT" w:eastAsia="Times New Roman" w:cs="Times New Roman"/>
          <w:sz w:val="18"/>
          <w:lang w:val="it-IT"/>
        </w:rPr>
        <w:t>fini</w:t>
      </w:r>
      <w:r w:rsidRPr="00E1333F">
        <w:rPr>
          <w:rFonts w:ascii="Arial MT" w:eastAsia="Times New Roman" w:cs="Times New Roman"/>
          <w:spacing w:val="-6"/>
          <w:sz w:val="18"/>
          <w:lang w:val="it-IT"/>
        </w:rPr>
        <w:t xml:space="preserve"> </w:t>
      </w:r>
      <w:r w:rsidRPr="00E1333F">
        <w:rPr>
          <w:rFonts w:ascii="Arial MT" w:eastAsia="Times New Roman" w:cs="Times New Roman"/>
          <w:sz w:val="18"/>
          <w:lang w:val="it-IT"/>
        </w:rPr>
        <w:t>istituzionali</w:t>
      </w:r>
      <w:r w:rsidRPr="00E1333F">
        <w:rPr>
          <w:rFonts w:ascii="Arial MT" w:eastAsia="Times New Roman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cs="Times New Roman"/>
          <w:sz w:val="18"/>
          <w:lang w:val="it-IT"/>
        </w:rPr>
        <w:t>della</w:t>
      </w:r>
      <w:r w:rsidRPr="00E1333F">
        <w:rPr>
          <w:rFonts w:ascii="Arial MT" w:eastAsia="Times New Roman" w:cs="Times New Roman"/>
          <w:spacing w:val="-4"/>
          <w:sz w:val="18"/>
          <w:lang w:val="it-IT"/>
        </w:rPr>
        <w:t xml:space="preserve"> </w:t>
      </w:r>
      <w:r w:rsidRPr="00E1333F">
        <w:rPr>
          <w:rFonts w:ascii="Arial MT" w:eastAsia="Times New Roman" w:cs="Times New Roman"/>
          <w:sz w:val="18"/>
          <w:lang w:val="it-IT"/>
        </w:rPr>
        <w:t>Pubblica</w:t>
      </w:r>
      <w:r w:rsidRPr="00E1333F">
        <w:rPr>
          <w:rFonts w:ascii="Arial MT" w:eastAsia="Times New Roman" w:cs="Times New Roman"/>
          <w:spacing w:val="-5"/>
          <w:sz w:val="18"/>
          <w:lang w:val="it-IT"/>
        </w:rPr>
        <w:t xml:space="preserve"> </w:t>
      </w:r>
      <w:r w:rsidRPr="00E1333F">
        <w:rPr>
          <w:rFonts w:ascii="Arial MT" w:eastAsia="Times New Roman" w:cs="Times New Roman"/>
          <w:spacing w:val="-2"/>
          <w:sz w:val="18"/>
          <w:lang w:val="it-IT"/>
        </w:rPr>
        <w:t>Amministrazione</w:t>
      </w:r>
    </w:p>
    <w:p w14:paraId="17359DC6" w14:textId="77777777" w:rsidR="00E1333F" w:rsidRPr="00E1333F" w:rsidRDefault="00E1333F" w:rsidP="00E1333F">
      <w:pPr>
        <w:widowControl w:val="0"/>
        <w:autoSpaceDE w:val="0"/>
        <w:autoSpaceDN w:val="0"/>
        <w:spacing w:before="1" w:after="0" w:line="240" w:lineRule="auto"/>
        <w:rPr>
          <w:rFonts w:ascii="Arial MT" w:eastAsia="Times New Roman" w:cs="Times New Roman"/>
          <w:sz w:val="18"/>
          <w:szCs w:val="24"/>
          <w:lang w:val="it-IT"/>
        </w:rPr>
      </w:pPr>
    </w:p>
    <w:p w14:paraId="7EF27C08" w14:textId="77777777" w:rsidR="00E1333F" w:rsidRPr="00E1333F" w:rsidRDefault="00E1333F" w:rsidP="00E1333F">
      <w:pPr>
        <w:widowControl w:val="0"/>
        <w:tabs>
          <w:tab w:val="left" w:pos="2469"/>
          <w:tab w:val="left" w:pos="7317"/>
        </w:tabs>
        <w:autoSpaceDE w:val="0"/>
        <w:autoSpaceDN w:val="0"/>
        <w:spacing w:after="0" w:line="240" w:lineRule="auto"/>
        <w:ind w:left="143"/>
        <w:rPr>
          <w:rFonts w:ascii="Arial MT" w:eastAsia="Times New Roman" w:cs="Times New Roman"/>
          <w:sz w:val="18"/>
          <w:lang w:val="it-IT"/>
        </w:rPr>
      </w:pPr>
      <w:r w:rsidRPr="00E1333F">
        <w:rPr>
          <w:rFonts w:ascii="Arial MT" w:eastAsia="Times New Roman" w:cs="Times New Roman"/>
          <w:spacing w:val="-4"/>
          <w:sz w:val="18"/>
          <w:lang w:val="it-IT"/>
        </w:rPr>
        <w:t>Data</w:t>
      </w:r>
      <w:r w:rsidRPr="00E1333F">
        <w:rPr>
          <w:rFonts w:ascii="Arial MT" w:eastAsia="Times New Roman" w:cs="Times New Roman"/>
          <w:sz w:val="18"/>
          <w:u w:val="single"/>
          <w:lang w:val="it-IT"/>
        </w:rPr>
        <w:tab/>
      </w:r>
      <w:r w:rsidRPr="00E1333F">
        <w:rPr>
          <w:rFonts w:ascii="Arial MT" w:eastAsia="Times New Roman" w:cs="Times New Roman"/>
          <w:spacing w:val="-2"/>
          <w:sz w:val="18"/>
          <w:lang w:val="it-IT"/>
        </w:rPr>
        <w:t>firma</w:t>
      </w:r>
      <w:r w:rsidRPr="00E1333F">
        <w:rPr>
          <w:rFonts w:ascii="Arial MT" w:eastAsia="Times New Roman" w:cs="Times New Roman"/>
          <w:sz w:val="18"/>
          <w:u w:val="single"/>
          <w:lang w:val="it-IT"/>
        </w:rPr>
        <w:tab/>
      </w:r>
    </w:p>
    <w:p w14:paraId="50B3A0A4" w14:textId="4255ACD4" w:rsidR="00727FDE" w:rsidRPr="00E1333F" w:rsidRDefault="00727FDE" w:rsidP="00E1333F">
      <w:pPr>
        <w:spacing w:after="100"/>
        <w:rPr>
          <w:rFonts w:cs="Times New Roman"/>
        </w:rPr>
      </w:pPr>
    </w:p>
    <w:sectPr w:rsidR="00727FDE" w:rsidRPr="00E1333F" w:rsidSect="000346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920" w:right="935" w:bottom="964" w:left="935" w:header="454" w:footer="36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9B87D" w14:textId="77777777" w:rsidR="00812600" w:rsidRDefault="00812600">
      <w:pPr>
        <w:spacing w:after="0" w:line="240" w:lineRule="auto"/>
      </w:pPr>
      <w:r>
        <w:separator/>
      </w:r>
    </w:p>
  </w:endnote>
  <w:endnote w:type="continuationSeparator" w:id="0">
    <w:p w14:paraId="68FE6435" w14:textId="77777777" w:rsidR="00812600" w:rsidRDefault="0081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DDCD0" w14:textId="77777777" w:rsidR="0044680B" w:rsidRDefault="0044680B">
    <w:pPr>
      <w:pStyle w:val="Pidipa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F261D" w14:textId="77777777" w:rsidR="0044680B" w:rsidRDefault="00812600">
    <w:pPr>
      <w:pStyle w:val="Pidipagina"/>
      <w:jc w:val="center"/>
    </w:pPr>
    <w:r>
      <w:rPr>
        <w:noProof/>
      </w:rPr>
      <w:drawing>
        <wp:inline distT="0" distB="0" distL="0" distR="0" wp14:anchorId="256D70C0" wp14:editId="728B3CDB">
          <wp:extent cx="6210000" cy="284156"/>
          <wp:effectExtent l="0" t="0" r="0" b="0"/>
          <wp:docPr id="19542949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0000" cy="284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A4B32" w14:textId="77777777" w:rsidR="00812600" w:rsidRDefault="00812600">
      <w:pPr>
        <w:spacing w:after="0" w:line="240" w:lineRule="auto"/>
      </w:pPr>
      <w:r>
        <w:separator/>
      </w:r>
    </w:p>
  </w:footnote>
  <w:footnote w:type="continuationSeparator" w:id="0">
    <w:p w14:paraId="5E6308C7" w14:textId="77777777" w:rsidR="00812600" w:rsidRDefault="00812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BCC4D" w14:textId="77777777" w:rsidR="0044680B" w:rsidRDefault="00812600">
    <w:pPr>
      <w:pStyle w:val="Intestazione"/>
      <w:jc w:val="center"/>
    </w:pPr>
    <w:r>
      <w:rPr>
        <w:noProof/>
      </w:rPr>
      <w:drawing>
        <wp:inline distT="0" distB="0" distL="0" distR="0" wp14:anchorId="23549AC2" wp14:editId="7FC1CEBA">
          <wp:extent cx="6263999" cy="1587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_at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3999" cy="1587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FDDA" w14:textId="77777777" w:rsidR="0044680B" w:rsidRDefault="00812600">
    <w:pPr>
      <w:pStyle w:val="Intestazione"/>
      <w:jc w:val="center"/>
    </w:pPr>
    <w:r>
      <w:rPr>
        <w:noProof/>
      </w:rPr>
      <w:drawing>
        <wp:inline distT="0" distB="0" distL="0" distR="0" wp14:anchorId="4924B5FF" wp14:editId="2066DE5E">
          <wp:extent cx="6263999" cy="1587203"/>
          <wp:effectExtent l="0" t="0" r="0" b="0"/>
          <wp:docPr id="11138097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3999" cy="1587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C31CA0"/>
    <w:multiLevelType w:val="hybridMultilevel"/>
    <w:tmpl w:val="B0DC8814"/>
    <w:lvl w:ilvl="0" w:tplc="CD76AC2C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C6DA2CB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B3FC598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FD21AD6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E0BE9D5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F02A164A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7104160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0DD61ABA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CAEA0936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2102007"/>
    <w:multiLevelType w:val="hybridMultilevel"/>
    <w:tmpl w:val="CD34D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313DD"/>
    <w:multiLevelType w:val="hybridMultilevel"/>
    <w:tmpl w:val="70EEE150"/>
    <w:lvl w:ilvl="0" w:tplc="68DAED34">
      <w:numFmt w:val="bullet"/>
      <w:lvlText w:val=""/>
      <w:lvlJc w:val="left"/>
      <w:pPr>
        <w:ind w:left="624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C80510C">
      <w:numFmt w:val="bullet"/>
      <w:lvlText w:val="•"/>
      <w:lvlJc w:val="left"/>
      <w:pPr>
        <w:ind w:left="1564" w:hanging="481"/>
      </w:pPr>
      <w:rPr>
        <w:rFonts w:hint="default"/>
        <w:lang w:val="it-IT" w:eastAsia="en-US" w:bidi="ar-SA"/>
      </w:rPr>
    </w:lvl>
    <w:lvl w:ilvl="2" w:tplc="9EEC5D26">
      <w:numFmt w:val="bullet"/>
      <w:lvlText w:val="•"/>
      <w:lvlJc w:val="left"/>
      <w:pPr>
        <w:ind w:left="2508" w:hanging="481"/>
      </w:pPr>
      <w:rPr>
        <w:rFonts w:hint="default"/>
        <w:lang w:val="it-IT" w:eastAsia="en-US" w:bidi="ar-SA"/>
      </w:rPr>
    </w:lvl>
    <w:lvl w:ilvl="3" w:tplc="DD9086EE">
      <w:numFmt w:val="bullet"/>
      <w:lvlText w:val="•"/>
      <w:lvlJc w:val="left"/>
      <w:pPr>
        <w:ind w:left="3453" w:hanging="481"/>
      </w:pPr>
      <w:rPr>
        <w:rFonts w:hint="default"/>
        <w:lang w:val="it-IT" w:eastAsia="en-US" w:bidi="ar-SA"/>
      </w:rPr>
    </w:lvl>
    <w:lvl w:ilvl="4" w:tplc="BC967082">
      <w:numFmt w:val="bullet"/>
      <w:lvlText w:val="•"/>
      <w:lvlJc w:val="left"/>
      <w:pPr>
        <w:ind w:left="4397" w:hanging="481"/>
      </w:pPr>
      <w:rPr>
        <w:rFonts w:hint="default"/>
        <w:lang w:val="it-IT" w:eastAsia="en-US" w:bidi="ar-SA"/>
      </w:rPr>
    </w:lvl>
    <w:lvl w:ilvl="5" w:tplc="BAD65706">
      <w:numFmt w:val="bullet"/>
      <w:lvlText w:val="•"/>
      <w:lvlJc w:val="left"/>
      <w:pPr>
        <w:ind w:left="5342" w:hanging="481"/>
      </w:pPr>
      <w:rPr>
        <w:rFonts w:hint="default"/>
        <w:lang w:val="it-IT" w:eastAsia="en-US" w:bidi="ar-SA"/>
      </w:rPr>
    </w:lvl>
    <w:lvl w:ilvl="6" w:tplc="F6108FB4">
      <w:numFmt w:val="bullet"/>
      <w:lvlText w:val="•"/>
      <w:lvlJc w:val="left"/>
      <w:pPr>
        <w:ind w:left="6286" w:hanging="481"/>
      </w:pPr>
      <w:rPr>
        <w:rFonts w:hint="default"/>
        <w:lang w:val="it-IT" w:eastAsia="en-US" w:bidi="ar-SA"/>
      </w:rPr>
    </w:lvl>
    <w:lvl w:ilvl="7" w:tplc="53F69030">
      <w:numFmt w:val="bullet"/>
      <w:lvlText w:val="•"/>
      <w:lvlJc w:val="left"/>
      <w:pPr>
        <w:ind w:left="7231" w:hanging="481"/>
      </w:pPr>
      <w:rPr>
        <w:rFonts w:hint="default"/>
        <w:lang w:val="it-IT" w:eastAsia="en-US" w:bidi="ar-SA"/>
      </w:rPr>
    </w:lvl>
    <w:lvl w:ilvl="8" w:tplc="EBDE4838">
      <w:numFmt w:val="bullet"/>
      <w:lvlText w:val="•"/>
      <w:lvlJc w:val="left"/>
      <w:pPr>
        <w:ind w:left="8175" w:hanging="481"/>
      </w:pPr>
      <w:rPr>
        <w:rFonts w:hint="default"/>
        <w:lang w:val="it-IT" w:eastAsia="en-US" w:bidi="ar-SA"/>
      </w:rPr>
    </w:lvl>
  </w:abstractNum>
  <w:num w:numId="1" w16cid:durableId="2063597792">
    <w:abstractNumId w:val="8"/>
  </w:num>
  <w:num w:numId="2" w16cid:durableId="1364477825">
    <w:abstractNumId w:val="6"/>
  </w:num>
  <w:num w:numId="3" w16cid:durableId="1628664555">
    <w:abstractNumId w:val="5"/>
  </w:num>
  <w:num w:numId="4" w16cid:durableId="330985361">
    <w:abstractNumId w:val="4"/>
  </w:num>
  <w:num w:numId="5" w16cid:durableId="298268205">
    <w:abstractNumId w:val="7"/>
  </w:num>
  <w:num w:numId="6" w16cid:durableId="1664745972">
    <w:abstractNumId w:val="3"/>
  </w:num>
  <w:num w:numId="7" w16cid:durableId="901214137">
    <w:abstractNumId w:val="2"/>
  </w:num>
  <w:num w:numId="8" w16cid:durableId="1789274230">
    <w:abstractNumId w:val="1"/>
  </w:num>
  <w:num w:numId="9" w16cid:durableId="1290823226">
    <w:abstractNumId w:val="0"/>
  </w:num>
  <w:num w:numId="10" w16cid:durableId="370106411">
    <w:abstractNumId w:val="10"/>
  </w:num>
  <w:num w:numId="11" w16cid:durableId="1651790810">
    <w:abstractNumId w:val="11"/>
  </w:num>
  <w:num w:numId="12" w16cid:durableId="20952725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2750"/>
    <w:rsid w:val="0015074B"/>
    <w:rsid w:val="00295B2A"/>
    <w:rsid w:val="0029639D"/>
    <w:rsid w:val="00326F90"/>
    <w:rsid w:val="0044680B"/>
    <w:rsid w:val="004E1F84"/>
    <w:rsid w:val="00593744"/>
    <w:rsid w:val="00727FDE"/>
    <w:rsid w:val="007C3862"/>
    <w:rsid w:val="00812600"/>
    <w:rsid w:val="00856D24"/>
    <w:rsid w:val="00A41FD9"/>
    <w:rsid w:val="00AA1D8D"/>
    <w:rsid w:val="00B47730"/>
    <w:rsid w:val="00C75397"/>
    <w:rsid w:val="00CB0664"/>
    <w:rsid w:val="00E1333F"/>
    <w:rsid w:val="00F33C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2F639"/>
  <w14:defaultImageDpi w14:val="300"/>
  <w15:docId w15:val="{1CCFA876-2763-4657-8D09-6010D49A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40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E1333F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2766</Characters>
  <Application>Microsoft Office Word</Application>
  <DocSecurity>4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Paola Preside</cp:lastModifiedBy>
  <cp:revision>2</cp:revision>
  <dcterms:created xsi:type="dcterms:W3CDTF">2026-09-28T09:20:00Z</dcterms:created>
  <dcterms:modified xsi:type="dcterms:W3CDTF">2026-09-28T09:20:00Z</dcterms:modified>
  <cp:category/>
</cp:coreProperties>
</file>